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D8B37" w14:textId="77777777" w:rsidR="00D7372B" w:rsidRPr="008627E9" w:rsidRDefault="00E53F25">
      <w:pPr>
        <w:jc w:val="center"/>
        <w:rPr>
          <w:lang w:val="fr-CA"/>
        </w:rPr>
      </w:pPr>
      <w:r w:rsidRPr="008627E9">
        <w:rPr>
          <w:rFonts w:ascii="Aptos Display" w:hAnsi="Aptos Display"/>
          <w:b/>
          <w:sz w:val="40"/>
          <w:lang w:val="fr-CA"/>
        </w:rPr>
        <w:t>FORMULAIRE D’EXCEPTION</w:t>
      </w:r>
    </w:p>
    <w:p w14:paraId="46729D7D" w14:textId="77777777" w:rsidR="00D7372B" w:rsidRPr="008627E9" w:rsidRDefault="00E53F25">
      <w:pPr>
        <w:jc w:val="center"/>
        <w:rPr>
          <w:lang w:val="fr-CA"/>
        </w:rPr>
      </w:pPr>
      <w:r w:rsidRPr="008627E9">
        <w:rPr>
          <w:sz w:val="24"/>
          <w:lang w:val="fr-CA"/>
        </w:rPr>
        <w:t>Demande d’accès adapté aux services d’accompagnement</w:t>
      </w:r>
    </w:p>
    <w:p w14:paraId="36109C74" w14:textId="77777777" w:rsidR="00D7372B" w:rsidRPr="008627E9" w:rsidRDefault="00E53F25">
      <w:pPr>
        <w:jc w:val="center"/>
        <w:rPr>
          <w:lang w:val="fr-CA"/>
        </w:rPr>
      </w:pPr>
      <w:r w:rsidRPr="008627E9">
        <w:rPr>
          <w:sz w:val="22"/>
          <w:lang w:val="fr-CA"/>
        </w:rPr>
        <w:t>La Ressource, Le Chemin du Pont</w:t>
      </w:r>
    </w:p>
    <w:tbl>
      <w:tblPr>
        <w:tblW w:w="0" w:type="auto"/>
        <w:jc w:val="center"/>
        <w:tblLook w:val="04A0" w:firstRow="1" w:lastRow="0" w:firstColumn="1" w:lastColumn="0" w:noHBand="0" w:noVBand="1"/>
      </w:tblPr>
      <w:tblGrid>
        <w:gridCol w:w="10368"/>
      </w:tblGrid>
      <w:tr w:rsidR="00D7372B" w:rsidRPr="00381BA9" w14:paraId="08DC1FC0" w14:textId="77777777">
        <w:trPr>
          <w:jc w:val="center"/>
        </w:trPr>
        <w:tc>
          <w:tcPr>
            <w:tcW w:w="10368" w:type="dxa"/>
            <w:tcBorders>
              <w:top w:val="single" w:sz="6" w:space="0" w:color="D9EAD3"/>
              <w:left w:val="single" w:sz="6" w:space="0" w:color="D9EAD3"/>
              <w:bottom w:val="single" w:sz="6" w:space="0" w:color="D9EAD3"/>
              <w:right w:val="single" w:sz="6" w:space="0" w:color="D9EAD3"/>
            </w:tcBorders>
            <w:shd w:val="clear" w:color="auto" w:fill="EAF4EA"/>
          </w:tcPr>
          <w:p w14:paraId="6A5EB6E8" w14:textId="02B91975" w:rsidR="003719D8" w:rsidRDefault="003719D8" w:rsidP="003719D8">
            <w:pPr>
              <w:spacing w:after="0"/>
              <w:rPr>
                <w:lang w:val="fr-CA"/>
              </w:rPr>
            </w:pPr>
            <w:r w:rsidRPr="003719D8">
              <w:rPr>
                <w:b/>
                <w:bCs/>
                <w:lang w:val="fr-CA"/>
              </w:rPr>
              <w:t>À retourner par courriel à :</w:t>
            </w:r>
            <w:r w:rsidRPr="003719D8">
              <w:rPr>
                <w:lang w:val="fr-CA"/>
              </w:rPr>
              <w:t xml:space="preserve"> </w:t>
            </w:r>
            <w:hyperlink r:id="rId8" w:history="1">
              <w:r w:rsidRPr="00191044">
                <w:rPr>
                  <w:rStyle w:val="Hyperlien"/>
                  <w:lang w:val="fr-CA"/>
                </w:rPr>
                <w:t>azurannedupont@gmail.com</w:t>
              </w:r>
            </w:hyperlink>
          </w:p>
          <w:p w14:paraId="618F8819" w14:textId="77777777" w:rsidR="003719D8" w:rsidRPr="003719D8" w:rsidRDefault="003719D8" w:rsidP="003719D8">
            <w:pPr>
              <w:spacing w:after="0"/>
              <w:rPr>
                <w:lang w:val="fr-CA"/>
              </w:rPr>
            </w:pPr>
          </w:p>
          <w:p w14:paraId="4E9BD66B" w14:textId="77777777" w:rsidR="003719D8" w:rsidRDefault="003719D8" w:rsidP="003719D8">
            <w:pPr>
              <w:spacing w:after="0"/>
              <w:rPr>
                <w:lang w:val="fr-CA"/>
              </w:rPr>
            </w:pPr>
            <w:r w:rsidRPr="003719D8">
              <w:rPr>
                <w:lang w:val="fr-CA"/>
              </w:rPr>
              <w:t>Vous pouvez imprimer ce formulaire, le remplir à la main, le prendre en photo ou le numériser, puis me le retourner par courriel. Vous pouvez également le remplir directement à l’ordinateur dans le document Word et me le transmettre en pièce jointe.</w:t>
            </w:r>
          </w:p>
          <w:p w14:paraId="647FD5EF" w14:textId="77777777" w:rsidR="003719D8" w:rsidRPr="003719D8" w:rsidRDefault="003719D8" w:rsidP="003719D8">
            <w:pPr>
              <w:spacing w:after="0"/>
              <w:rPr>
                <w:lang w:val="fr-CA"/>
              </w:rPr>
            </w:pPr>
          </w:p>
          <w:p w14:paraId="4B7DB58A" w14:textId="77777777" w:rsidR="003719D8" w:rsidRDefault="003719D8" w:rsidP="003719D8">
            <w:pPr>
              <w:spacing w:after="0"/>
              <w:rPr>
                <w:lang w:val="fr-CA"/>
              </w:rPr>
            </w:pPr>
            <w:r w:rsidRPr="003719D8">
              <w:rPr>
                <w:lang w:val="fr-CA"/>
              </w:rPr>
              <w:t>Ce formulaire permet de présenter une demande d’accès adapté aux services d’accompagnement au mieux-être du Chemin du Pont : auriculothérapie au laser doux, relation d’aide complémentaire, combinaison des deux et outils d’introspection.</w:t>
            </w:r>
          </w:p>
          <w:p w14:paraId="69B1FECA" w14:textId="77777777" w:rsidR="003719D8" w:rsidRPr="003719D8" w:rsidRDefault="003719D8" w:rsidP="003719D8">
            <w:pPr>
              <w:spacing w:after="0"/>
              <w:rPr>
                <w:lang w:val="fr-CA"/>
              </w:rPr>
            </w:pPr>
          </w:p>
          <w:p w14:paraId="30AA53D6" w14:textId="77777777" w:rsidR="003719D8" w:rsidRPr="003719D8" w:rsidRDefault="003719D8" w:rsidP="003719D8">
            <w:pPr>
              <w:spacing w:after="0"/>
              <w:rPr>
                <w:lang w:val="fr-CA"/>
              </w:rPr>
            </w:pPr>
            <w:r w:rsidRPr="003719D8">
              <w:rPr>
                <w:lang w:val="fr-CA"/>
              </w:rPr>
              <w:t>Le formulaire est détaillé afin de vous permettre de présenter votre situation le plus clairement possible, mais vous n’êtes pas dans l’obligation de répondre à toutes les questions. Remplissez-le simplement du mieux que vous le pouvez, en privilégiant les sections qui vous semblent pertinentes et qui correspondent à votre réalité. Si certaines questions ne s’appliquent pas à votre situation, vous pouvez les laisser sans réponse.</w:t>
            </w:r>
          </w:p>
          <w:p w14:paraId="115F1761" w14:textId="609FC386" w:rsidR="003719D8" w:rsidRPr="003719D8" w:rsidRDefault="003719D8" w:rsidP="003719D8">
            <w:pPr>
              <w:spacing w:after="0"/>
              <w:rPr>
                <w:lang w:val="fr-CA"/>
              </w:rPr>
            </w:pPr>
            <w:r w:rsidRPr="003719D8">
              <w:rPr>
                <w:lang w:val="fr-CA"/>
              </w:rPr>
              <w:t>Vous pouvez également choisir de m’expliquer certains éléments de vive voix</w:t>
            </w:r>
            <w:r>
              <w:rPr>
                <w:lang w:val="fr-CA"/>
              </w:rPr>
              <w:t xml:space="preserve"> (873-569-1090)</w:t>
            </w:r>
            <w:r w:rsidRPr="003719D8">
              <w:rPr>
                <w:lang w:val="fr-CA"/>
              </w:rPr>
              <w:t>, notamment ce que vous vivez présentement, pourquoi cette demande est importante pour vous maintenant ou toute information que vous préférez aborder lors d’un échange. Les sections liées à la sécurité, au consentement et à la signature doivent toutefois être remplies lorsqu’elles s’appliquent à votre demande.</w:t>
            </w:r>
          </w:p>
          <w:p w14:paraId="364ED207" w14:textId="179B5F09" w:rsidR="00D7372B" w:rsidRPr="008627E9" w:rsidRDefault="00D7372B">
            <w:pPr>
              <w:spacing w:after="0"/>
              <w:rPr>
                <w:lang w:val="fr-CA"/>
              </w:rPr>
            </w:pPr>
          </w:p>
        </w:tc>
      </w:tr>
    </w:tbl>
    <w:p w14:paraId="7FBACDFB" w14:textId="4F38FAA6" w:rsidR="00D7372B" w:rsidRPr="008627E9" w:rsidRDefault="00E53F25" w:rsidP="008627E9">
      <w:pPr>
        <w:keepNext/>
        <w:spacing w:after="0"/>
        <w:rPr>
          <w:lang w:val="fr-CA"/>
        </w:rPr>
      </w:pPr>
      <w:r w:rsidRPr="008627E9">
        <w:rPr>
          <w:b/>
          <w:color w:val="244939"/>
          <w:sz w:val="28"/>
          <w:lang w:val="fr-CA"/>
        </w:rPr>
        <w:t>Avant de remplir : sécurité et contre-indications</w:t>
      </w:r>
    </w:p>
    <w:tbl>
      <w:tblPr>
        <w:tblW w:w="0" w:type="auto"/>
        <w:jc w:val="center"/>
        <w:tblLook w:val="04A0" w:firstRow="1" w:lastRow="0" w:firstColumn="1" w:lastColumn="0" w:noHBand="0" w:noVBand="1"/>
      </w:tblPr>
      <w:tblGrid>
        <w:gridCol w:w="10368"/>
      </w:tblGrid>
      <w:tr w:rsidR="00D7372B" w:rsidRPr="00381BA9" w14:paraId="24DF3094" w14:textId="77777777">
        <w:trPr>
          <w:jc w:val="center"/>
        </w:trPr>
        <w:tc>
          <w:tcPr>
            <w:tcW w:w="10368" w:type="dxa"/>
            <w:tcBorders>
              <w:top w:val="single" w:sz="6" w:space="0" w:color="D9EAD3"/>
              <w:left w:val="single" w:sz="6" w:space="0" w:color="D9EAD3"/>
              <w:bottom w:val="single" w:sz="6" w:space="0" w:color="D9EAD3"/>
              <w:right w:val="single" w:sz="6" w:space="0" w:color="D9EAD3"/>
            </w:tcBorders>
            <w:shd w:val="clear" w:color="auto" w:fill="FFF2CC"/>
          </w:tcPr>
          <w:p w14:paraId="3C7D1018" w14:textId="77777777" w:rsidR="00D7372B" w:rsidRPr="008627E9" w:rsidRDefault="00E53F25">
            <w:pPr>
              <w:spacing w:after="0"/>
              <w:rPr>
                <w:lang w:val="fr-CA"/>
              </w:rPr>
            </w:pPr>
            <w:r w:rsidRPr="008627E9">
              <w:rPr>
                <w:lang w:val="fr-CA"/>
              </w:rPr>
              <w:t>Si votre demande concerne une séance d’auriculothérapie au laser doux, veuillez lire cette section avant de poursuivre. Si une situation vous concerne, il est important de me l’indiquer avant de remplir ou d’envoyer le formulaire. Selon le cas, un report, une adaptation ou une validation médicale pourrait être nécessaire.</w:t>
            </w:r>
          </w:p>
        </w:tc>
      </w:tr>
    </w:tbl>
    <w:p w14:paraId="3C9791F2" w14:textId="77777777" w:rsidR="008627E9" w:rsidRDefault="008627E9">
      <w:pPr>
        <w:keepNext/>
        <w:rPr>
          <w:b/>
          <w:color w:val="244939"/>
          <w:sz w:val="24"/>
          <w:lang w:val="fr-CA"/>
        </w:rPr>
      </w:pPr>
    </w:p>
    <w:p w14:paraId="215758A9" w14:textId="5D3B0765" w:rsidR="00D7372B" w:rsidRPr="008627E9" w:rsidRDefault="00E53F25" w:rsidP="008627E9">
      <w:pPr>
        <w:keepNext/>
        <w:spacing w:after="0"/>
        <w:rPr>
          <w:lang w:val="fr-CA"/>
        </w:rPr>
      </w:pPr>
      <w:r w:rsidRPr="008627E9">
        <w:rPr>
          <w:b/>
          <w:color w:val="244939"/>
          <w:sz w:val="24"/>
          <w:lang w:val="fr-CA"/>
        </w:rPr>
        <w:t>Contre-indications à signaler avant la séance</w:t>
      </w:r>
    </w:p>
    <w:p w14:paraId="2EF11C65" w14:textId="77777777" w:rsidR="00D7372B" w:rsidRPr="008627E9" w:rsidRDefault="00E53F25" w:rsidP="008627E9">
      <w:pPr>
        <w:spacing w:after="0"/>
        <w:ind w:left="173"/>
        <w:rPr>
          <w:szCs w:val="20"/>
          <w:lang w:val="fr-CA"/>
        </w:rPr>
      </w:pPr>
      <w:r w:rsidRPr="008627E9">
        <w:rPr>
          <w:szCs w:val="20"/>
          <w:lang w:val="fr-CA"/>
        </w:rPr>
        <w:t>☐ Grossesse</w:t>
      </w:r>
    </w:p>
    <w:p w14:paraId="72DB0FBA" w14:textId="5C64542F" w:rsidR="00D7372B" w:rsidRPr="008627E9" w:rsidRDefault="00E53F25">
      <w:pPr>
        <w:spacing w:after="40"/>
        <w:ind w:left="173"/>
        <w:rPr>
          <w:szCs w:val="20"/>
          <w:lang w:val="fr-CA"/>
        </w:rPr>
      </w:pPr>
      <w:r w:rsidRPr="008627E9">
        <w:rPr>
          <w:szCs w:val="20"/>
          <w:lang w:val="fr-CA"/>
        </w:rPr>
        <w:t>☐ Trouble de santé mentale ou état mental altéré à signaler (ex. bipolarité, schizophrénie, trouble de personnalité borderline ou autre affection troublant l’état mental)</w:t>
      </w:r>
    </w:p>
    <w:p w14:paraId="58F745E2" w14:textId="77777777" w:rsidR="00D7372B" w:rsidRPr="008627E9" w:rsidRDefault="00E53F25">
      <w:pPr>
        <w:spacing w:after="40"/>
        <w:ind w:left="173"/>
        <w:rPr>
          <w:szCs w:val="20"/>
          <w:lang w:val="fr-CA"/>
        </w:rPr>
      </w:pPr>
      <w:r w:rsidRPr="008627E9">
        <w:rPr>
          <w:szCs w:val="20"/>
          <w:lang w:val="fr-CA"/>
        </w:rPr>
        <w:t xml:space="preserve">☐ Prise de lithium ou de </w:t>
      </w:r>
      <w:proofErr w:type="spellStart"/>
      <w:r w:rsidRPr="008627E9">
        <w:rPr>
          <w:szCs w:val="20"/>
          <w:lang w:val="fr-CA"/>
        </w:rPr>
        <w:t>Paxil</w:t>
      </w:r>
      <w:proofErr w:type="spellEnd"/>
    </w:p>
    <w:p w14:paraId="2140DDEC" w14:textId="77777777" w:rsidR="00D7372B" w:rsidRPr="008627E9" w:rsidRDefault="00E53F25">
      <w:pPr>
        <w:spacing w:after="40"/>
        <w:ind w:left="173"/>
        <w:rPr>
          <w:szCs w:val="20"/>
          <w:lang w:val="fr-CA"/>
        </w:rPr>
      </w:pPr>
      <w:r w:rsidRPr="008627E9">
        <w:rPr>
          <w:szCs w:val="20"/>
          <w:lang w:val="fr-CA"/>
        </w:rPr>
        <w:t>☐ Photosensibilité ou prise d’un antibiotique sensible au soleil</w:t>
      </w:r>
    </w:p>
    <w:p w14:paraId="508E7303" w14:textId="77777777" w:rsidR="00D7372B" w:rsidRPr="008627E9" w:rsidRDefault="00E53F25">
      <w:pPr>
        <w:spacing w:after="40"/>
        <w:ind w:left="173"/>
        <w:rPr>
          <w:szCs w:val="20"/>
          <w:lang w:val="fr-CA"/>
        </w:rPr>
      </w:pPr>
      <w:r w:rsidRPr="008627E9">
        <w:rPr>
          <w:szCs w:val="20"/>
          <w:lang w:val="fr-CA"/>
        </w:rPr>
        <w:t>☐ Épilepsie</w:t>
      </w:r>
    </w:p>
    <w:p w14:paraId="03DF107C" w14:textId="77777777" w:rsidR="00D7372B" w:rsidRPr="008627E9" w:rsidRDefault="00E53F25">
      <w:pPr>
        <w:spacing w:after="40"/>
        <w:ind w:left="173"/>
        <w:rPr>
          <w:szCs w:val="20"/>
          <w:lang w:val="fr-CA"/>
        </w:rPr>
      </w:pPr>
      <w:r w:rsidRPr="008627E9">
        <w:rPr>
          <w:szCs w:val="20"/>
          <w:lang w:val="fr-CA"/>
        </w:rPr>
        <w:t>☐ Traitement de chimiothérapie, de radiothérapie ou d’hémodialyse dans les 6 derniers mois</w:t>
      </w:r>
    </w:p>
    <w:p w14:paraId="1F882916" w14:textId="77777777" w:rsidR="00D7372B" w:rsidRPr="008627E9" w:rsidRDefault="00E53F25">
      <w:pPr>
        <w:spacing w:after="40"/>
        <w:ind w:left="173"/>
        <w:rPr>
          <w:szCs w:val="20"/>
          <w:lang w:val="fr-CA"/>
        </w:rPr>
      </w:pPr>
      <w:r w:rsidRPr="008627E9">
        <w:rPr>
          <w:szCs w:val="20"/>
          <w:lang w:val="fr-CA"/>
        </w:rPr>
        <w:t xml:space="preserve">☐ Maladie de CADASIL / </w:t>
      </w:r>
      <w:proofErr w:type="spellStart"/>
      <w:r w:rsidRPr="008627E9">
        <w:rPr>
          <w:szCs w:val="20"/>
          <w:lang w:val="fr-CA"/>
        </w:rPr>
        <w:t>Cadafyl</w:t>
      </w:r>
      <w:proofErr w:type="spellEnd"/>
    </w:p>
    <w:p w14:paraId="459CE1C5" w14:textId="77777777" w:rsidR="00D7372B" w:rsidRPr="008627E9" w:rsidRDefault="00E53F25">
      <w:pPr>
        <w:spacing w:after="40"/>
        <w:ind w:left="173"/>
        <w:rPr>
          <w:szCs w:val="20"/>
          <w:lang w:val="fr-CA"/>
        </w:rPr>
      </w:pPr>
      <w:r w:rsidRPr="008627E9">
        <w:rPr>
          <w:szCs w:val="20"/>
          <w:lang w:val="fr-CA"/>
        </w:rPr>
        <w:t>☐ Port d’un stimulateur cardiaque (pacemaker)</w:t>
      </w:r>
    </w:p>
    <w:p w14:paraId="2E8E25EC" w14:textId="77777777" w:rsidR="00D7372B" w:rsidRPr="008627E9" w:rsidRDefault="00E53F25">
      <w:pPr>
        <w:spacing w:after="40"/>
        <w:ind w:left="173"/>
        <w:rPr>
          <w:szCs w:val="20"/>
          <w:lang w:val="fr-CA"/>
        </w:rPr>
      </w:pPr>
      <w:r w:rsidRPr="008627E9">
        <w:rPr>
          <w:szCs w:val="20"/>
          <w:lang w:val="fr-CA"/>
        </w:rPr>
        <w:t>☐ Pompe à insuline ou autre dispositif en contact sur la peau</w:t>
      </w:r>
    </w:p>
    <w:p w14:paraId="1E51A308" w14:textId="77777777" w:rsidR="00D7372B" w:rsidRPr="008627E9" w:rsidRDefault="00E53F25">
      <w:pPr>
        <w:spacing w:after="40"/>
        <w:ind w:left="173"/>
        <w:rPr>
          <w:szCs w:val="20"/>
          <w:lang w:val="fr-CA"/>
        </w:rPr>
      </w:pPr>
      <w:r w:rsidRPr="008627E9">
        <w:rPr>
          <w:szCs w:val="20"/>
          <w:lang w:val="fr-CA"/>
        </w:rPr>
        <w:t>☐ Présence de métaux dans le corps (sauf titane ou céramique)</w:t>
      </w:r>
    </w:p>
    <w:p w14:paraId="3CE82AA5" w14:textId="77777777" w:rsidR="00D7372B" w:rsidRPr="008627E9" w:rsidRDefault="00E53F25">
      <w:pPr>
        <w:spacing w:after="40"/>
        <w:ind w:left="173"/>
        <w:rPr>
          <w:szCs w:val="20"/>
          <w:lang w:val="fr-CA"/>
        </w:rPr>
      </w:pPr>
      <w:r w:rsidRPr="008627E9">
        <w:rPr>
          <w:szCs w:val="20"/>
          <w:lang w:val="fr-CA"/>
        </w:rPr>
        <w:t>☐ Consommation abusive d’alcool, de drogues ou de médicaments - avis médical demandé</w:t>
      </w:r>
    </w:p>
    <w:p w14:paraId="31B8D362" w14:textId="77777777" w:rsidR="00D7372B" w:rsidRPr="008627E9" w:rsidRDefault="00E53F25">
      <w:pPr>
        <w:spacing w:after="40"/>
        <w:ind w:left="173"/>
        <w:rPr>
          <w:szCs w:val="20"/>
          <w:lang w:val="fr-CA"/>
        </w:rPr>
      </w:pPr>
      <w:r w:rsidRPr="008627E9">
        <w:rPr>
          <w:szCs w:val="20"/>
          <w:lang w:val="fr-CA"/>
        </w:rPr>
        <w:t>☐ Autre problème de santé important, chirurgie à venir ou état de santé en cours d’évaluation que je devrais connaître</w:t>
      </w:r>
    </w:p>
    <w:p w14:paraId="6E90DD74" w14:textId="77777777" w:rsidR="008627E9" w:rsidRDefault="008627E9">
      <w:pPr>
        <w:spacing w:after="40"/>
        <w:ind w:left="173"/>
        <w:rPr>
          <w:lang w:val="fr-CA"/>
        </w:rPr>
      </w:pPr>
    </w:p>
    <w:p w14:paraId="31D755F9" w14:textId="77777777" w:rsidR="003719D8" w:rsidRPr="008627E9" w:rsidRDefault="003719D8">
      <w:pPr>
        <w:spacing w:after="40"/>
        <w:ind w:left="173"/>
        <w:rPr>
          <w:lang w:val="fr-CA"/>
        </w:rPr>
      </w:pPr>
    </w:p>
    <w:p w14:paraId="1A922F78" w14:textId="77777777" w:rsidR="00D7372B" w:rsidRDefault="00E53F25">
      <w:pPr>
        <w:spacing w:after="40"/>
      </w:pPr>
      <w:proofErr w:type="spellStart"/>
      <w:r>
        <w:rPr>
          <w:b/>
        </w:rPr>
        <w:lastRenderedPageBreak/>
        <w:t>Précisions</w:t>
      </w:r>
      <w:proofErr w:type="spellEnd"/>
      <w:r>
        <w:rPr>
          <w:b/>
        </w:rPr>
        <w:t xml:space="preserve">, </w:t>
      </w:r>
      <w:proofErr w:type="spellStart"/>
      <w:r>
        <w:rPr>
          <w:b/>
        </w:rPr>
        <w:t>si</w:t>
      </w:r>
      <w:proofErr w:type="spellEnd"/>
      <w:r>
        <w:rPr>
          <w:b/>
        </w:rPr>
        <w:t xml:space="preserve"> </w:t>
      </w:r>
      <w:proofErr w:type="spellStart"/>
      <w:proofErr w:type="gramStart"/>
      <w:r>
        <w:rPr>
          <w:b/>
        </w:rPr>
        <w:t>nécessaire</w:t>
      </w:r>
      <w:proofErr w:type="spellEnd"/>
      <w:r>
        <w:rPr>
          <w:b/>
        </w:rPr>
        <w:t xml:space="preserve"> :</w:t>
      </w:r>
      <w:proofErr w:type="gramEnd"/>
    </w:p>
    <w:tbl>
      <w:tblPr>
        <w:tblW w:w="0" w:type="auto"/>
        <w:jc w:val="center"/>
        <w:tblLook w:val="04A0" w:firstRow="1" w:lastRow="0" w:firstColumn="1" w:lastColumn="0" w:noHBand="0" w:noVBand="1"/>
      </w:tblPr>
      <w:tblGrid>
        <w:gridCol w:w="10368"/>
      </w:tblGrid>
      <w:tr w:rsidR="00D7372B" w14:paraId="601BA204" w14:textId="77777777">
        <w:trPr>
          <w:trHeight w:val="792"/>
          <w:jc w:val="center"/>
        </w:trPr>
        <w:tc>
          <w:tcPr>
            <w:tcW w:w="10368" w:type="dxa"/>
            <w:tcBorders>
              <w:top w:val="single" w:sz="8" w:space="0" w:color="BFBFBF"/>
              <w:left w:val="single" w:sz="8" w:space="0" w:color="BFBFBF"/>
              <w:bottom w:val="single" w:sz="8" w:space="0" w:color="BFBFBF"/>
              <w:right w:val="single" w:sz="8" w:space="0" w:color="BFBFBF"/>
            </w:tcBorders>
          </w:tcPr>
          <w:p w14:paraId="7533D267" w14:textId="77777777" w:rsidR="00D7372B" w:rsidRDefault="00D7372B">
            <w:pPr>
              <w:spacing w:after="0"/>
            </w:pPr>
          </w:p>
        </w:tc>
      </w:tr>
    </w:tbl>
    <w:p w14:paraId="00A906D5" w14:textId="77777777" w:rsidR="003719D8" w:rsidRDefault="003719D8" w:rsidP="003719D8"/>
    <w:p w14:paraId="2BA06228" w14:textId="631D934E" w:rsidR="00D7372B" w:rsidRDefault="00E53F25" w:rsidP="003719D8">
      <w:r>
        <w:rPr>
          <w:b/>
          <w:color w:val="244939"/>
          <w:sz w:val="28"/>
        </w:rPr>
        <w:t>1. Identification de la personne</w:t>
      </w:r>
    </w:p>
    <w:tbl>
      <w:tblPr>
        <w:tblW w:w="0" w:type="auto"/>
        <w:jc w:val="center"/>
        <w:tblLook w:val="04A0" w:firstRow="1" w:lastRow="0" w:firstColumn="1" w:lastColumn="0" w:noHBand="0" w:noVBand="1"/>
      </w:tblPr>
      <w:tblGrid>
        <w:gridCol w:w="2880"/>
        <w:gridCol w:w="6768"/>
      </w:tblGrid>
      <w:tr w:rsidR="00D7372B" w14:paraId="26953DAD"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42E263D6" w14:textId="77777777" w:rsidR="00D7372B" w:rsidRDefault="00E53F25">
            <w:r>
              <w:t>Prénom et nom</w:t>
            </w:r>
          </w:p>
        </w:tc>
        <w:tc>
          <w:tcPr>
            <w:tcW w:w="6768" w:type="dxa"/>
            <w:tcBorders>
              <w:top w:val="single" w:sz="8" w:space="0" w:color="BFBFBF"/>
              <w:left w:val="single" w:sz="8" w:space="0" w:color="BFBFBF"/>
              <w:bottom w:val="single" w:sz="8" w:space="0" w:color="BFBFBF"/>
              <w:right w:val="single" w:sz="8" w:space="0" w:color="BFBFBF"/>
            </w:tcBorders>
          </w:tcPr>
          <w:p w14:paraId="021CD147" w14:textId="77777777" w:rsidR="00D7372B" w:rsidRDefault="00D7372B"/>
        </w:tc>
      </w:tr>
      <w:tr w:rsidR="00D7372B" w14:paraId="16835F67"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466BE81F" w14:textId="77777777" w:rsidR="00D7372B" w:rsidRDefault="00E53F25">
            <w:r>
              <w:t>Adresse complète</w:t>
            </w:r>
          </w:p>
        </w:tc>
        <w:tc>
          <w:tcPr>
            <w:tcW w:w="6768" w:type="dxa"/>
            <w:tcBorders>
              <w:top w:val="single" w:sz="8" w:space="0" w:color="BFBFBF"/>
              <w:left w:val="single" w:sz="8" w:space="0" w:color="BFBFBF"/>
              <w:bottom w:val="single" w:sz="8" w:space="0" w:color="BFBFBF"/>
              <w:right w:val="single" w:sz="8" w:space="0" w:color="BFBFBF"/>
            </w:tcBorders>
          </w:tcPr>
          <w:p w14:paraId="34B4C8AD" w14:textId="77777777" w:rsidR="00D7372B" w:rsidRDefault="00D7372B"/>
        </w:tc>
      </w:tr>
      <w:tr w:rsidR="00D7372B" w14:paraId="4F77FBAC"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48EFC1FE" w14:textId="77777777" w:rsidR="00D7372B" w:rsidRDefault="00E53F25">
            <w:r>
              <w:t>Ville et code postal</w:t>
            </w:r>
          </w:p>
        </w:tc>
        <w:tc>
          <w:tcPr>
            <w:tcW w:w="6768" w:type="dxa"/>
            <w:tcBorders>
              <w:top w:val="single" w:sz="8" w:space="0" w:color="BFBFBF"/>
              <w:left w:val="single" w:sz="8" w:space="0" w:color="BFBFBF"/>
              <w:bottom w:val="single" w:sz="8" w:space="0" w:color="BFBFBF"/>
              <w:right w:val="single" w:sz="8" w:space="0" w:color="BFBFBF"/>
            </w:tcBorders>
          </w:tcPr>
          <w:p w14:paraId="30F2035E" w14:textId="77777777" w:rsidR="00D7372B" w:rsidRDefault="00D7372B"/>
        </w:tc>
      </w:tr>
      <w:tr w:rsidR="00D7372B" w14:paraId="557EB7EC"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48FEDD1C" w14:textId="77777777" w:rsidR="00D7372B" w:rsidRDefault="00E53F25">
            <w:r>
              <w:t>Téléphone</w:t>
            </w:r>
          </w:p>
        </w:tc>
        <w:tc>
          <w:tcPr>
            <w:tcW w:w="6768" w:type="dxa"/>
            <w:tcBorders>
              <w:top w:val="single" w:sz="8" w:space="0" w:color="BFBFBF"/>
              <w:left w:val="single" w:sz="8" w:space="0" w:color="BFBFBF"/>
              <w:bottom w:val="single" w:sz="8" w:space="0" w:color="BFBFBF"/>
              <w:right w:val="single" w:sz="8" w:space="0" w:color="BFBFBF"/>
            </w:tcBorders>
          </w:tcPr>
          <w:p w14:paraId="74755D06" w14:textId="77777777" w:rsidR="00D7372B" w:rsidRDefault="00D7372B"/>
        </w:tc>
      </w:tr>
      <w:tr w:rsidR="00D7372B" w14:paraId="06B35986"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7962C59A" w14:textId="77777777" w:rsidR="00D7372B" w:rsidRDefault="00E53F25">
            <w:r>
              <w:t>Courriel</w:t>
            </w:r>
          </w:p>
        </w:tc>
        <w:tc>
          <w:tcPr>
            <w:tcW w:w="6768" w:type="dxa"/>
            <w:tcBorders>
              <w:top w:val="single" w:sz="8" w:space="0" w:color="BFBFBF"/>
              <w:left w:val="single" w:sz="8" w:space="0" w:color="BFBFBF"/>
              <w:bottom w:val="single" w:sz="8" w:space="0" w:color="BFBFBF"/>
              <w:right w:val="single" w:sz="8" w:space="0" w:color="BFBFBF"/>
            </w:tcBorders>
          </w:tcPr>
          <w:p w14:paraId="5D43A239" w14:textId="77777777" w:rsidR="00D7372B" w:rsidRDefault="00D7372B"/>
        </w:tc>
      </w:tr>
      <w:tr w:rsidR="00D7372B" w:rsidRPr="00381BA9" w14:paraId="413F9D55"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297E23FA" w14:textId="77777777" w:rsidR="00D7372B" w:rsidRPr="008627E9" w:rsidRDefault="00E53F25">
            <w:pPr>
              <w:rPr>
                <w:lang w:val="fr-CA"/>
              </w:rPr>
            </w:pPr>
            <w:r w:rsidRPr="008627E9">
              <w:rPr>
                <w:lang w:val="fr-CA"/>
              </w:rPr>
              <w:t>Meilleur moment pour vous joindre</w:t>
            </w:r>
          </w:p>
        </w:tc>
        <w:tc>
          <w:tcPr>
            <w:tcW w:w="6768" w:type="dxa"/>
            <w:tcBorders>
              <w:top w:val="single" w:sz="8" w:space="0" w:color="BFBFBF"/>
              <w:left w:val="single" w:sz="8" w:space="0" w:color="BFBFBF"/>
              <w:bottom w:val="single" w:sz="8" w:space="0" w:color="BFBFBF"/>
              <w:right w:val="single" w:sz="8" w:space="0" w:color="BFBFBF"/>
            </w:tcBorders>
          </w:tcPr>
          <w:p w14:paraId="6736ED6F" w14:textId="77777777" w:rsidR="00D7372B" w:rsidRPr="008627E9" w:rsidRDefault="00D7372B">
            <w:pPr>
              <w:rPr>
                <w:lang w:val="fr-CA"/>
              </w:rPr>
            </w:pPr>
          </w:p>
        </w:tc>
      </w:tr>
    </w:tbl>
    <w:p w14:paraId="17B10FB3" w14:textId="77777777" w:rsidR="00381BA9" w:rsidRDefault="00381BA9" w:rsidP="008627E9">
      <w:pPr>
        <w:keepNext/>
        <w:spacing w:after="0"/>
        <w:rPr>
          <w:b/>
          <w:color w:val="244939"/>
          <w:sz w:val="28"/>
          <w:lang w:val="fr-CA"/>
        </w:rPr>
      </w:pPr>
    </w:p>
    <w:p w14:paraId="27991F03" w14:textId="0A7077D0" w:rsidR="00D7372B" w:rsidRPr="008627E9" w:rsidRDefault="00E53F25" w:rsidP="008627E9">
      <w:pPr>
        <w:keepNext/>
        <w:spacing w:after="0"/>
        <w:rPr>
          <w:lang w:val="fr-CA"/>
        </w:rPr>
      </w:pPr>
      <w:r>
        <w:rPr>
          <w:b/>
          <w:color w:val="244939"/>
          <w:sz w:val="28"/>
          <w:lang w:val="fr-CA"/>
        </w:rPr>
        <w:t>Qui remplit le présent formulaire?</w:t>
      </w:r>
    </w:p>
    <w:p w14:paraId="38477063" w14:textId="77777777" w:rsidR="00D7372B" w:rsidRDefault="00E53F25" w:rsidP="008627E9">
      <w:pPr>
        <w:spacing w:after="0"/>
        <w:ind w:left="173"/>
        <w:rPr>
          <w:szCs w:val="20"/>
          <w:lang w:val="fr-CA"/>
        </w:rPr>
      </w:pPr>
      <w:r>
        <w:rPr>
          <w:szCs w:val="20"/>
          <w:lang w:val="fr-CA"/>
        </w:rPr>
        <w:t>☐ La personne qui fait la demande</w:t>
      </w:r>
    </w:p>
    <w:p w14:paraId="3AC5C05C" w14:textId="77777777" w:rsidR="003719D8" w:rsidRDefault="003719D8" w:rsidP="003719D8">
      <w:pPr>
        <w:spacing w:after="0"/>
        <w:ind w:left="173"/>
        <w:rPr>
          <w:szCs w:val="20"/>
          <w:lang w:val="fr-CA"/>
        </w:rPr>
      </w:pPr>
      <w:r>
        <w:rPr>
          <w:szCs w:val="20"/>
          <w:lang w:val="fr-CA"/>
        </w:rPr>
        <w:t xml:space="preserve">☐ </w:t>
      </w:r>
      <w:r>
        <w:rPr>
          <w:szCs w:val="20"/>
          <w:lang w:val="fr-CA"/>
        </w:rPr>
        <w:t xml:space="preserve">Autre (merci de préciser)  </w:t>
      </w:r>
    </w:p>
    <w:p w14:paraId="4B41DB4A" w14:textId="77777777" w:rsidR="003719D8" w:rsidRDefault="003719D8" w:rsidP="003719D8">
      <w:pPr>
        <w:spacing w:after="0"/>
        <w:ind w:left="173"/>
        <w:rPr>
          <w:szCs w:val="20"/>
          <w:lang w:val="fr-CA"/>
        </w:rPr>
      </w:pPr>
    </w:p>
    <w:p w14:paraId="7A44C03F" w14:textId="4F715E77" w:rsidR="003719D8" w:rsidRDefault="003719D8" w:rsidP="003719D8">
      <w:pPr>
        <w:spacing w:after="0"/>
        <w:ind w:left="173"/>
        <w:rPr>
          <w:szCs w:val="20"/>
          <w:lang w:val="fr-CA"/>
        </w:rPr>
      </w:pPr>
      <w:r>
        <w:rPr>
          <w:szCs w:val="20"/>
          <w:lang w:val="fr-CA"/>
        </w:rPr>
        <w:t>__________________________________________________________________________________________</w:t>
      </w:r>
    </w:p>
    <w:p w14:paraId="37C15B2B" w14:textId="77777777" w:rsidR="003719D8" w:rsidRDefault="003719D8" w:rsidP="003719D8">
      <w:pPr>
        <w:spacing w:after="0"/>
        <w:rPr>
          <w:szCs w:val="20"/>
          <w:lang w:val="fr-CA"/>
        </w:rPr>
      </w:pPr>
    </w:p>
    <w:p w14:paraId="20AC3C1A" w14:textId="258AF4EA" w:rsidR="00381BA9" w:rsidRPr="00381BA9" w:rsidRDefault="003719D8" w:rsidP="003719D8">
      <w:pPr>
        <w:spacing w:after="40"/>
        <w:rPr>
          <w:b/>
          <w:bCs/>
          <w:lang w:val="fr-CA"/>
        </w:rPr>
      </w:pPr>
      <w:r>
        <w:rPr>
          <w:szCs w:val="20"/>
          <w:lang w:val="fr-CA"/>
        </w:rPr>
        <w:t>***</w:t>
      </w:r>
      <w:r w:rsidR="00381BA9" w:rsidRPr="00381BA9">
        <w:rPr>
          <w:b/>
          <w:bCs/>
          <w:lang w:val="fr-CA"/>
        </w:rPr>
        <w:t>Si la demande provient d’un OBNL, veuillez également remplir la section 7 vers la fin du formulaire.</w:t>
      </w:r>
    </w:p>
    <w:p w14:paraId="32A295E9" w14:textId="77777777" w:rsidR="008627E9" w:rsidRPr="00D5069D" w:rsidRDefault="008627E9">
      <w:pPr>
        <w:keepNext/>
        <w:rPr>
          <w:b/>
          <w:color w:val="244939"/>
          <w:sz w:val="28"/>
          <w:lang w:val="fr-CA"/>
        </w:rPr>
      </w:pPr>
    </w:p>
    <w:p w14:paraId="40838FD5" w14:textId="139768F7" w:rsidR="00D7372B" w:rsidRDefault="00E53F25">
      <w:pPr>
        <w:keepNext/>
      </w:pPr>
      <w:r>
        <w:rPr>
          <w:b/>
          <w:color w:val="244939"/>
          <w:sz w:val="28"/>
        </w:rPr>
        <w:t xml:space="preserve">2. </w:t>
      </w:r>
      <w:proofErr w:type="spellStart"/>
      <w:r>
        <w:rPr>
          <w:b/>
          <w:color w:val="244939"/>
          <w:sz w:val="28"/>
        </w:rPr>
        <w:t>Votre</w:t>
      </w:r>
      <w:proofErr w:type="spellEnd"/>
      <w:r>
        <w:rPr>
          <w:b/>
          <w:color w:val="244939"/>
          <w:sz w:val="28"/>
        </w:rPr>
        <w:t xml:space="preserve"> </w:t>
      </w:r>
      <w:proofErr w:type="spellStart"/>
      <w:r>
        <w:rPr>
          <w:b/>
          <w:color w:val="244939"/>
          <w:sz w:val="28"/>
        </w:rPr>
        <w:t>besoin</w:t>
      </w:r>
      <w:proofErr w:type="spellEnd"/>
      <w:r>
        <w:rPr>
          <w:b/>
          <w:color w:val="244939"/>
          <w:sz w:val="28"/>
        </w:rPr>
        <w:t xml:space="preserve"> </w:t>
      </w:r>
      <w:proofErr w:type="spellStart"/>
      <w:r>
        <w:rPr>
          <w:b/>
          <w:color w:val="244939"/>
          <w:sz w:val="28"/>
        </w:rPr>
        <w:t>actuel</w:t>
      </w:r>
      <w:proofErr w:type="spellEnd"/>
      <w:r>
        <w:rPr>
          <w:b/>
          <w:color w:val="244939"/>
          <w:sz w:val="28"/>
        </w:rPr>
        <w:t xml:space="preserve"> </w:t>
      </w:r>
      <w:proofErr w:type="spellStart"/>
      <w:r>
        <w:rPr>
          <w:b/>
          <w:color w:val="244939"/>
          <w:sz w:val="28"/>
        </w:rPr>
        <w:t>d’accompagnement</w:t>
      </w:r>
      <w:proofErr w:type="spellEnd"/>
    </w:p>
    <w:tbl>
      <w:tblPr>
        <w:tblW w:w="0" w:type="auto"/>
        <w:jc w:val="center"/>
        <w:tblLook w:val="04A0" w:firstRow="1" w:lastRow="0" w:firstColumn="1" w:lastColumn="0" w:noHBand="0" w:noVBand="1"/>
      </w:tblPr>
      <w:tblGrid>
        <w:gridCol w:w="10368"/>
      </w:tblGrid>
      <w:tr w:rsidR="00D7372B" w:rsidRPr="00381BA9" w14:paraId="1A101B86" w14:textId="77777777">
        <w:trPr>
          <w:jc w:val="center"/>
        </w:trPr>
        <w:tc>
          <w:tcPr>
            <w:tcW w:w="10368" w:type="dxa"/>
            <w:tcBorders>
              <w:top w:val="single" w:sz="6" w:space="0" w:color="D9EAD3"/>
              <w:left w:val="single" w:sz="6" w:space="0" w:color="D9EAD3"/>
              <w:bottom w:val="single" w:sz="6" w:space="0" w:color="D9EAD3"/>
              <w:right w:val="single" w:sz="6" w:space="0" w:color="D9EAD3"/>
            </w:tcBorders>
            <w:shd w:val="clear" w:color="auto" w:fill="F2F8F2"/>
          </w:tcPr>
          <w:p w14:paraId="1231C2F0" w14:textId="77777777" w:rsidR="00D7372B" w:rsidRPr="008627E9" w:rsidRDefault="00E53F25">
            <w:pPr>
              <w:spacing w:after="0"/>
              <w:rPr>
                <w:lang w:val="fr-CA"/>
              </w:rPr>
            </w:pPr>
            <w:r w:rsidRPr="008627E9">
              <w:rPr>
                <w:lang w:val="fr-CA"/>
              </w:rPr>
              <w:t>Cette section sert à mieux comprendre ce que vous vivez présentement et ce qui crée votre besoin d’accompagnement. Vous pouvez écrire dans vos mots, sans avoir à tout expliquer parfaitement.</w:t>
            </w:r>
          </w:p>
        </w:tc>
      </w:tr>
    </w:tbl>
    <w:p w14:paraId="76FCAF34" w14:textId="77777777" w:rsidR="00D7372B" w:rsidRPr="008627E9" w:rsidRDefault="00E53F25">
      <w:pPr>
        <w:spacing w:after="40"/>
        <w:ind w:left="173"/>
        <w:rPr>
          <w:lang w:val="fr-CA"/>
        </w:rPr>
      </w:pPr>
      <w:r w:rsidRPr="008627E9">
        <w:rPr>
          <w:lang w:val="fr-CA"/>
        </w:rPr>
        <w:t>☐ Auriculothérapie au laser doux</w:t>
      </w:r>
    </w:p>
    <w:p w14:paraId="56DA61B0" w14:textId="77777777" w:rsidR="00D7372B" w:rsidRPr="008627E9" w:rsidRDefault="00E53F25">
      <w:pPr>
        <w:spacing w:after="40"/>
        <w:ind w:left="173"/>
        <w:rPr>
          <w:lang w:val="fr-CA"/>
        </w:rPr>
      </w:pPr>
      <w:r w:rsidRPr="008627E9">
        <w:rPr>
          <w:lang w:val="fr-CA"/>
        </w:rPr>
        <w:t>☐ Relation d’aide complémentaire</w:t>
      </w:r>
    </w:p>
    <w:p w14:paraId="12E28A43" w14:textId="77777777" w:rsidR="00D7372B" w:rsidRPr="008627E9" w:rsidRDefault="00E53F25">
      <w:pPr>
        <w:spacing w:after="40"/>
        <w:ind w:left="173"/>
        <w:rPr>
          <w:lang w:val="fr-CA"/>
        </w:rPr>
      </w:pPr>
      <w:r w:rsidRPr="008627E9">
        <w:rPr>
          <w:lang w:val="fr-CA"/>
        </w:rPr>
        <w:t>☐ Combinaison auriculothérapie + relation d’aide complémentaire</w:t>
      </w:r>
    </w:p>
    <w:p w14:paraId="17DEE058" w14:textId="77777777" w:rsidR="00D7372B" w:rsidRPr="008627E9" w:rsidRDefault="00E53F25">
      <w:pPr>
        <w:spacing w:after="40"/>
        <w:ind w:left="173"/>
        <w:rPr>
          <w:lang w:val="fr-CA"/>
        </w:rPr>
      </w:pPr>
      <w:r w:rsidRPr="008627E9">
        <w:rPr>
          <w:lang w:val="fr-CA"/>
        </w:rPr>
        <w:t>☐ Outils d’introspection / exercices guidés</w:t>
      </w:r>
    </w:p>
    <w:p w14:paraId="5C5145B1" w14:textId="77777777" w:rsidR="00D7372B" w:rsidRPr="008627E9" w:rsidRDefault="00E53F25">
      <w:pPr>
        <w:spacing w:after="40"/>
        <w:ind w:left="173"/>
        <w:rPr>
          <w:lang w:val="fr-CA"/>
        </w:rPr>
      </w:pPr>
      <w:r w:rsidRPr="008627E9">
        <w:rPr>
          <w:lang w:val="fr-CA"/>
        </w:rPr>
        <w:t>☐ Je ne sais pas encore, j’aimerais être orienté(e) selon mon besoin</w:t>
      </w:r>
    </w:p>
    <w:p w14:paraId="34EB7A35" w14:textId="77777777" w:rsidR="00D7372B" w:rsidRPr="008627E9" w:rsidRDefault="00E53F25">
      <w:pPr>
        <w:spacing w:after="40"/>
        <w:rPr>
          <w:lang w:val="fr-CA"/>
        </w:rPr>
      </w:pPr>
      <w:r w:rsidRPr="008627E9">
        <w:rPr>
          <w:b/>
          <w:lang w:val="fr-CA"/>
        </w:rPr>
        <w:t>Ce que je vis présentement et qui m’amène à faire une demande :</w:t>
      </w:r>
    </w:p>
    <w:tbl>
      <w:tblPr>
        <w:tblW w:w="0" w:type="auto"/>
        <w:jc w:val="center"/>
        <w:tblLook w:val="04A0" w:firstRow="1" w:lastRow="0" w:firstColumn="1" w:lastColumn="0" w:noHBand="0" w:noVBand="1"/>
      </w:tblPr>
      <w:tblGrid>
        <w:gridCol w:w="10368"/>
      </w:tblGrid>
      <w:tr w:rsidR="00D7372B" w:rsidRPr="00381BA9" w14:paraId="725C02E8"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48BC141A" w14:textId="77777777" w:rsidR="00D7372B" w:rsidRPr="008627E9" w:rsidRDefault="00D7372B">
            <w:pPr>
              <w:spacing w:after="0"/>
              <w:rPr>
                <w:lang w:val="fr-CA"/>
              </w:rPr>
            </w:pPr>
          </w:p>
        </w:tc>
      </w:tr>
      <w:tr w:rsidR="00D7372B" w:rsidRPr="00381BA9" w14:paraId="4796F4D0"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4EE879D6" w14:textId="77777777" w:rsidR="00D7372B" w:rsidRPr="008627E9" w:rsidRDefault="00D7372B">
            <w:pPr>
              <w:spacing w:after="0"/>
              <w:rPr>
                <w:lang w:val="fr-CA"/>
              </w:rPr>
            </w:pPr>
          </w:p>
        </w:tc>
      </w:tr>
      <w:tr w:rsidR="00D7372B" w:rsidRPr="00381BA9" w14:paraId="35879158"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053AA2E3" w14:textId="77777777" w:rsidR="00D7372B" w:rsidRPr="008627E9" w:rsidRDefault="00D7372B">
            <w:pPr>
              <w:spacing w:after="0"/>
              <w:rPr>
                <w:lang w:val="fr-CA"/>
              </w:rPr>
            </w:pPr>
          </w:p>
        </w:tc>
      </w:tr>
    </w:tbl>
    <w:p w14:paraId="2CDF9D42" w14:textId="77777777" w:rsidR="00D7372B" w:rsidRPr="008627E9" w:rsidRDefault="00E53F25">
      <w:pPr>
        <w:spacing w:after="40"/>
        <w:rPr>
          <w:lang w:val="fr-CA"/>
        </w:rPr>
      </w:pPr>
      <w:r w:rsidRPr="008627E9">
        <w:rPr>
          <w:b/>
          <w:lang w:val="fr-CA"/>
        </w:rPr>
        <w:t>Ce que j’aimerais soutenir, apaiser ou mieux comprendre :</w:t>
      </w:r>
    </w:p>
    <w:tbl>
      <w:tblPr>
        <w:tblW w:w="0" w:type="auto"/>
        <w:jc w:val="center"/>
        <w:tblLook w:val="04A0" w:firstRow="1" w:lastRow="0" w:firstColumn="1" w:lastColumn="0" w:noHBand="0" w:noVBand="1"/>
      </w:tblPr>
      <w:tblGrid>
        <w:gridCol w:w="10368"/>
      </w:tblGrid>
      <w:tr w:rsidR="00D7372B" w:rsidRPr="00381BA9" w14:paraId="4717DBAF" w14:textId="77777777">
        <w:trPr>
          <w:trHeight w:val="1080"/>
          <w:jc w:val="center"/>
        </w:trPr>
        <w:tc>
          <w:tcPr>
            <w:tcW w:w="10368" w:type="dxa"/>
            <w:tcBorders>
              <w:top w:val="single" w:sz="8" w:space="0" w:color="BFBFBF"/>
              <w:left w:val="single" w:sz="8" w:space="0" w:color="BFBFBF"/>
              <w:bottom w:val="single" w:sz="8" w:space="0" w:color="BFBFBF"/>
              <w:right w:val="single" w:sz="8" w:space="0" w:color="BFBFBF"/>
            </w:tcBorders>
          </w:tcPr>
          <w:p w14:paraId="19A0C0F9" w14:textId="77777777" w:rsidR="00D7372B" w:rsidRPr="008627E9" w:rsidRDefault="00D7372B">
            <w:pPr>
              <w:spacing w:after="0"/>
              <w:rPr>
                <w:lang w:val="fr-CA"/>
              </w:rPr>
            </w:pPr>
          </w:p>
        </w:tc>
      </w:tr>
      <w:tr w:rsidR="00D7372B" w:rsidRPr="00381BA9" w14:paraId="1AA6F5DE" w14:textId="77777777">
        <w:trPr>
          <w:trHeight w:val="1080"/>
          <w:jc w:val="center"/>
        </w:trPr>
        <w:tc>
          <w:tcPr>
            <w:tcW w:w="10368" w:type="dxa"/>
            <w:tcBorders>
              <w:top w:val="single" w:sz="8" w:space="0" w:color="BFBFBF"/>
              <w:left w:val="single" w:sz="8" w:space="0" w:color="BFBFBF"/>
              <w:bottom w:val="single" w:sz="8" w:space="0" w:color="BFBFBF"/>
              <w:right w:val="single" w:sz="8" w:space="0" w:color="BFBFBF"/>
            </w:tcBorders>
          </w:tcPr>
          <w:p w14:paraId="7953B07F" w14:textId="77777777" w:rsidR="00D7372B" w:rsidRPr="008627E9" w:rsidRDefault="00D7372B">
            <w:pPr>
              <w:spacing w:after="0"/>
              <w:rPr>
                <w:lang w:val="fr-CA"/>
              </w:rPr>
            </w:pPr>
          </w:p>
        </w:tc>
      </w:tr>
    </w:tbl>
    <w:p w14:paraId="123317B3" w14:textId="77777777" w:rsidR="00D7372B" w:rsidRPr="008627E9" w:rsidRDefault="00E53F25">
      <w:pPr>
        <w:spacing w:after="40"/>
        <w:rPr>
          <w:lang w:val="fr-CA"/>
        </w:rPr>
      </w:pPr>
      <w:r w:rsidRPr="008627E9">
        <w:rPr>
          <w:b/>
          <w:lang w:val="fr-CA"/>
        </w:rPr>
        <w:t>Depuis quand cette situation est présente ou plus difficile pour moi :</w:t>
      </w:r>
    </w:p>
    <w:tbl>
      <w:tblPr>
        <w:tblW w:w="0" w:type="auto"/>
        <w:jc w:val="center"/>
        <w:tblLook w:val="04A0" w:firstRow="1" w:lastRow="0" w:firstColumn="1" w:lastColumn="0" w:noHBand="0" w:noVBand="1"/>
      </w:tblPr>
      <w:tblGrid>
        <w:gridCol w:w="10368"/>
      </w:tblGrid>
      <w:tr w:rsidR="00D7372B" w:rsidRPr="00381BA9" w14:paraId="00DF8A65" w14:textId="77777777">
        <w:trPr>
          <w:trHeight w:val="792"/>
          <w:jc w:val="center"/>
        </w:trPr>
        <w:tc>
          <w:tcPr>
            <w:tcW w:w="10368" w:type="dxa"/>
            <w:tcBorders>
              <w:top w:val="single" w:sz="8" w:space="0" w:color="BFBFBF"/>
              <w:left w:val="single" w:sz="8" w:space="0" w:color="BFBFBF"/>
              <w:bottom w:val="single" w:sz="8" w:space="0" w:color="BFBFBF"/>
              <w:right w:val="single" w:sz="8" w:space="0" w:color="BFBFBF"/>
            </w:tcBorders>
          </w:tcPr>
          <w:p w14:paraId="4D20DD88" w14:textId="77777777" w:rsidR="00D7372B" w:rsidRPr="008627E9" w:rsidRDefault="00D7372B">
            <w:pPr>
              <w:spacing w:after="0"/>
              <w:rPr>
                <w:lang w:val="fr-CA"/>
              </w:rPr>
            </w:pPr>
          </w:p>
        </w:tc>
      </w:tr>
    </w:tbl>
    <w:p w14:paraId="0636E35D" w14:textId="77777777" w:rsidR="008627E9" w:rsidRPr="00D5069D" w:rsidRDefault="008627E9">
      <w:pPr>
        <w:keepNext/>
        <w:rPr>
          <w:b/>
          <w:color w:val="244939"/>
          <w:sz w:val="28"/>
          <w:lang w:val="fr-CA"/>
        </w:rPr>
      </w:pPr>
    </w:p>
    <w:p w14:paraId="1ACCEBF5" w14:textId="225DDEBE" w:rsidR="00D7372B" w:rsidRDefault="00E53F25">
      <w:pPr>
        <w:keepNext/>
      </w:pPr>
      <w:r>
        <w:rPr>
          <w:b/>
          <w:color w:val="244939"/>
          <w:sz w:val="28"/>
        </w:rPr>
        <w:t>3. Proposition financière possible</w:t>
      </w:r>
    </w:p>
    <w:tbl>
      <w:tblPr>
        <w:tblW w:w="0" w:type="auto"/>
        <w:jc w:val="center"/>
        <w:tblLook w:val="04A0" w:firstRow="1" w:lastRow="0" w:firstColumn="1" w:lastColumn="0" w:noHBand="0" w:noVBand="1"/>
      </w:tblPr>
      <w:tblGrid>
        <w:gridCol w:w="10368"/>
      </w:tblGrid>
      <w:tr w:rsidR="00D7372B" w:rsidRPr="00381BA9" w14:paraId="7C3AC4F5" w14:textId="77777777">
        <w:trPr>
          <w:jc w:val="center"/>
        </w:trPr>
        <w:tc>
          <w:tcPr>
            <w:tcW w:w="10368" w:type="dxa"/>
            <w:tcBorders>
              <w:top w:val="single" w:sz="6" w:space="0" w:color="D9EAD3"/>
              <w:left w:val="single" w:sz="6" w:space="0" w:color="D9EAD3"/>
              <w:bottom w:val="single" w:sz="6" w:space="0" w:color="D9EAD3"/>
              <w:right w:val="single" w:sz="6" w:space="0" w:color="D9EAD3"/>
            </w:tcBorders>
            <w:shd w:val="clear" w:color="auto" w:fill="EAF4EA"/>
          </w:tcPr>
          <w:p w14:paraId="3E5A8B97" w14:textId="77777777" w:rsidR="003645FE" w:rsidRPr="003645FE" w:rsidRDefault="003645FE" w:rsidP="003645FE">
            <w:pPr>
              <w:spacing w:after="0"/>
              <w:rPr>
                <w:lang w:val="fr-CA"/>
              </w:rPr>
            </w:pPr>
            <w:r w:rsidRPr="003645FE">
              <w:rPr>
                <w:lang w:val="fr-CA"/>
              </w:rPr>
              <w:t>Vous pouvez proposer une entente selon vos moyens actuels. Il est possible de demander une entente de paiement pour le prix régulier, de proposer une offre à prix réduit selon ce que vous êtes réellement en mesure de payer, ou encore de proposer une formule mixte. Vous pouvez également offrir une contribution en temps, en matériel ou en expertise, comme indiqué à la section 4.</w:t>
            </w:r>
          </w:p>
          <w:p w14:paraId="4284D060" w14:textId="10B28915" w:rsidR="00D7372B" w:rsidRPr="008627E9" w:rsidRDefault="003645FE">
            <w:pPr>
              <w:spacing w:after="0"/>
              <w:rPr>
                <w:lang w:val="fr-CA"/>
              </w:rPr>
            </w:pPr>
            <w:r w:rsidRPr="003645FE">
              <w:rPr>
                <w:lang w:val="fr-CA"/>
              </w:rPr>
              <w:t>Même lorsqu’une offre est réduite ou qu’elle comprend une contribution alternative, il est possible de proposer un paiement en plusieurs versements.</w:t>
            </w:r>
          </w:p>
        </w:tc>
      </w:tr>
    </w:tbl>
    <w:p w14:paraId="75A2D77F" w14:textId="77777777" w:rsidR="00D7372B" w:rsidRPr="008627E9" w:rsidRDefault="00E53F25">
      <w:pPr>
        <w:spacing w:after="40"/>
        <w:ind w:left="173"/>
        <w:rPr>
          <w:lang w:val="fr-CA"/>
        </w:rPr>
      </w:pPr>
      <w:r w:rsidRPr="008627E9">
        <w:rPr>
          <w:lang w:val="fr-CA"/>
        </w:rPr>
        <w:t>☐ Je souhaite payer le prix régulier, mais avec une entente de paiement.</w:t>
      </w:r>
    </w:p>
    <w:p w14:paraId="033223F1" w14:textId="77777777" w:rsidR="00D7372B" w:rsidRPr="008627E9" w:rsidRDefault="00E53F25">
      <w:pPr>
        <w:spacing w:after="40"/>
        <w:ind w:left="173"/>
        <w:rPr>
          <w:lang w:val="fr-CA"/>
        </w:rPr>
      </w:pPr>
      <w:r w:rsidRPr="008627E9">
        <w:rPr>
          <w:lang w:val="fr-CA"/>
        </w:rPr>
        <w:t>☐ Je souhaite faire une offre à prix réduit, selon ce que je suis en mesure de payer.</w:t>
      </w:r>
    </w:p>
    <w:p w14:paraId="35999152" w14:textId="77777777" w:rsidR="00D7372B" w:rsidRPr="008627E9" w:rsidRDefault="00E53F25">
      <w:pPr>
        <w:spacing w:after="40"/>
        <w:ind w:left="173"/>
        <w:rPr>
          <w:lang w:val="fr-CA"/>
        </w:rPr>
      </w:pPr>
      <w:r w:rsidRPr="008627E9">
        <w:rPr>
          <w:lang w:val="fr-CA"/>
        </w:rPr>
        <w:t>☐ Je souhaite faire une offre à prix réduit avec une entente de paiement.</w:t>
      </w:r>
    </w:p>
    <w:p w14:paraId="5F68B62E" w14:textId="77777777" w:rsidR="00D7372B" w:rsidRPr="008627E9" w:rsidRDefault="00E53F25">
      <w:pPr>
        <w:spacing w:after="40"/>
        <w:ind w:left="173"/>
        <w:rPr>
          <w:lang w:val="fr-CA"/>
        </w:rPr>
      </w:pPr>
      <w:r w:rsidRPr="008627E9">
        <w:rPr>
          <w:lang w:val="fr-CA"/>
        </w:rPr>
        <w:t>☐ Je souhaite proposer une contribution en temps, en matériel ou en expertise.</w:t>
      </w:r>
    </w:p>
    <w:p w14:paraId="48C79D24" w14:textId="77777777" w:rsidR="00CB0697" w:rsidRDefault="00E53F25">
      <w:pPr>
        <w:spacing w:after="40"/>
        <w:ind w:left="173"/>
        <w:rPr>
          <w:lang w:val="fr-CA"/>
        </w:rPr>
      </w:pPr>
      <w:r w:rsidRPr="008627E9">
        <w:rPr>
          <w:lang w:val="fr-CA"/>
        </w:rPr>
        <w:t>☐ Je souhaite proposer une formule mixte : montant réduit + contribution en temps/matériel/expertise.</w:t>
      </w:r>
      <w:r w:rsidR="004212BC">
        <w:rPr>
          <w:lang w:val="fr-CA"/>
        </w:rPr>
        <w:t xml:space="preserve"> </w:t>
      </w:r>
    </w:p>
    <w:p w14:paraId="34AF15E3" w14:textId="77777777" w:rsidR="00D7372B" w:rsidRPr="008627E9" w:rsidRDefault="004212BC">
      <w:pPr>
        <w:spacing w:after="40"/>
        <w:ind w:left="173"/>
        <w:rPr>
          <w:lang w:val="fr-CA"/>
        </w:rPr>
      </w:pPr>
      <w:r>
        <w:rPr>
          <w:lang w:val="fr-CA"/>
        </w:rPr>
        <w:t>(</w:t>
      </w:r>
      <w:r w:rsidR="00CB0697">
        <w:rPr>
          <w:lang w:val="fr-CA"/>
        </w:rPr>
        <w:t>V</w:t>
      </w:r>
      <w:r>
        <w:rPr>
          <w:lang w:val="fr-CA"/>
        </w:rPr>
        <w:t>oir la section 4</w:t>
      </w:r>
      <w:r w:rsidR="00CB0697">
        <w:rPr>
          <w:lang w:val="fr-CA"/>
        </w:rPr>
        <w:t xml:space="preserve"> pour les contributions</w:t>
      </w:r>
      <w:r w:rsidR="00CB0697" w:rsidRPr="008627E9">
        <w:rPr>
          <w:lang w:val="fr-CA"/>
        </w:rPr>
        <w:t xml:space="preserve"> en temps/matériel/expertise</w:t>
      </w:r>
      <w:r>
        <w:rPr>
          <w:lang w:val="fr-CA"/>
        </w:rPr>
        <w:t xml:space="preserve">) </w:t>
      </w:r>
    </w:p>
    <w:p w14:paraId="62A0AD2D" w14:textId="77777777" w:rsidR="00D7372B" w:rsidRPr="008627E9" w:rsidRDefault="00E53F25">
      <w:pPr>
        <w:spacing w:after="40"/>
        <w:ind w:left="173"/>
        <w:rPr>
          <w:lang w:val="fr-CA"/>
        </w:rPr>
      </w:pPr>
      <w:r w:rsidRPr="008627E9">
        <w:rPr>
          <w:lang w:val="fr-CA"/>
        </w:rPr>
        <w:t>☐ Je ne sais pas quelle formule serait la plus juste; j’aimerais en discuter.</w:t>
      </w:r>
    </w:p>
    <w:p w14:paraId="49207B9A" w14:textId="77777777" w:rsidR="00D7372B" w:rsidRPr="008627E9" w:rsidRDefault="00E53F25">
      <w:pPr>
        <w:spacing w:after="40"/>
        <w:rPr>
          <w:lang w:val="fr-CA"/>
        </w:rPr>
      </w:pPr>
      <w:r w:rsidRPr="008627E9">
        <w:rPr>
          <w:b/>
          <w:lang w:val="fr-CA"/>
        </w:rPr>
        <w:t>Montant que je peux payer maintenant, s’il y a lieu :</w:t>
      </w:r>
    </w:p>
    <w:tbl>
      <w:tblPr>
        <w:tblW w:w="0" w:type="auto"/>
        <w:jc w:val="center"/>
        <w:tblLook w:val="04A0" w:firstRow="1" w:lastRow="0" w:firstColumn="1" w:lastColumn="0" w:noHBand="0" w:noVBand="1"/>
      </w:tblPr>
      <w:tblGrid>
        <w:gridCol w:w="10368"/>
      </w:tblGrid>
      <w:tr w:rsidR="00D7372B" w:rsidRPr="00381BA9" w14:paraId="76E95A5C" w14:textId="77777777">
        <w:trPr>
          <w:trHeight w:val="648"/>
          <w:jc w:val="center"/>
        </w:trPr>
        <w:tc>
          <w:tcPr>
            <w:tcW w:w="10368" w:type="dxa"/>
            <w:tcBorders>
              <w:top w:val="single" w:sz="8" w:space="0" w:color="BFBFBF"/>
              <w:left w:val="single" w:sz="8" w:space="0" w:color="BFBFBF"/>
              <w:bottom w:val="single" w:sz="8" w:space="0" w:color="BFBFBF"/>
              <w:right w:val="single" w:sz="8" w:space="0" w:color="BFBFBF"/>
            </w:tcBorders>
          </w:tcPr>
          <w:p w14:paraId="7E329E21" w14:textId="77777777" w:rsidR="00D7372B" w:rsidRPr="008627E9" w:rsidRDefault="00D7372B">
            <w:pPr>
              <w:spacing w:after="0"/>
              <w:rPr>
                <w:lang w:val="fr-CA"/>
              </w:rPr>
            </w:pPr>
          </w:p>
        </w:tc>
      </w:tr>
    </w:tbl>
    <w:p w14:paraId="713C7DB8" w14:textId="77777777" w:rsidR="00D7372B" w:rsidRPr="008627E9" w:rsidRDefault="00E53F25">
      <w:pPr>
        <w:spacing w:after="40"/>
        <w:rPr>
          <w:lang w:val="fr-CA"/>
        </w:rPr>
      </w:pPr>
      <w:r w:rsidRPr="008627E9">
        <w:rPr>
          <w:b/>
          <w:lang w:val="fr-CA"/>
        </w:rPr>
        <w:t>Montant réaliste par rencontre ou par versement :</w:t>
      </w:r>
    </w:p>
    <w:tbl>
      <w:tblPr>
        <w:tblW w:w="0" w:type="auto"/>
        <w:jc w:val="center"/>
        <w:tblLook w:val="04A0" w:firstRow="1" w:lastRow="0" w:firstColumn="1" w:lastColumn="0" w:noHBand="0" w:noVBand="1"/>
      </w:tblPr>
      <w:tblGrid>
        <w:gridCol w:w="10368"/>
      </w:tblGrid>
      <w:tr w:rsidR="00D7372B" w:rsidRPr="00381BA9" w14:paraId="51AD3262" w14:textId="77777777">
        <w:trPr>
          <w:trHeight w:val="648"/>
          <w:jc w:val="center"/>
        </w:trPr>
        <w:tc>
          <w:tcPr>
            <w:tcW w:w="10368" w:type="dxa"/>
            <w:tcBorders>
              <w:top w:val="single" w:sz="8" w:space="0" w:color="BFBFBF"/>
              <w:left w:val="single" w:sz="8" w:space="0" w:color="BFBFBF"/>
              <w:bottom w:val="single" w:sz="8" w:space="0" w:color="BFBFBF"/>
              <w:right w:val="single" w:sz="8" w:space="0" w:color="BFBFBF"/>
            </w:tcBorders>
          </w:tcPr>
          <w:p w14:paraId="38AFF740" w14:textId="77777777" w:rsidR="00D7372B" w:rsidRPr="008627E9" w:rsidRDefault="00D7372B">
            <w:pPr>
              <w:spacing w:after="0"/>
              <w:rPr>
                <w:lang w:val="fr-CA"/>
              </w:rPr>
            </w:pPr>
          </w:p>
        </w:tc>
      </w:tr>
    </w:tbl>
    <w:p w14:paraId="7C72B529" w14:textId="77777777" w:rsidR="00D7372B" w:rsidRPr="008627E9" w:rsidRDefault="00E53F25">
      <w:pPr>
        <w:spacing w:after="40"/>
        <w:rPr>
          <w:lang w:val="fr-CA"/>
        </w:rPr>
      </w:pPr>
      <w:r w:rsidRPr="008627E9">
        <w:rPr>
          <w:b/>
          <w:lang w:val="fr-CA"/>
        </w:rPr>
        <w:t>Fréquence ou durée souhaitée pour l’entente de paiement :</w:t>
      </w:r>
    </w:p>
    <w:tbl>
      <w:tblPr>
        <w:tblW w:w="0" w:type="auto"/>
        <w:jc w:val="center"/>
        <w:tblLook w:val="04A0" w:firstRow="1" w:lastRow="0" w:firstColumn="1" w:lastColumn="0" w:noHBand="0" w:noVBand="1"/>
      </w:tblPr>
      <w:tblGrid>
        <w:gridCol w:w="10368"/>
      </w:tblGrid>
      <w:tr w:rsidR="00D7372B" w:rsidRPr="00381BA9" w14:paraId="39006128" w14:textId="77777777">
        <w:trPr>
          <w:trHeight w:val="792"/>
          <w:jc w:val="center"/>
        </w:trPr>
        <w:tc>
          <w:tcPr>
            <w:tcW w:w="10368" w:type="dxa"/>
            <w:tcBorders>
              <w:top w:val="single" w:sz="8" w:space="0" w:color="BFBFBF"/>
              <w:left w:val="single" w:sz="8" w:space="0" w:color="BFBFBF"/>
              <w:bottom w:val="single" w:sz="8" w:space="0" w:color="BFBFBF"/>
              <w:right w:val="single" w:sz="8" w:space="0" w:color="BFBFBF"/>
            </w:tcBorders>
          </w:tcPr>
          <w:p w14:paraId="579CE4BF" w14:textId="77777777" w:rsidR="00D7372B" w:rsidRPr="008627E9" w:rsidRDefault="00D7372B">
            <w:pPr>
              <w:spacing w:after="0"/>
              <w:rPr>
                <w:lang w:val="fr-CA"/>
              </w:rPr>
            </w:pPr>
          </w:p>
        </w:tc>
      </w:tr>
    </w:tbl>
    <w:p w14:paraId="5E9C1957" w14:textId="77777777" w:rsidR="00D7372B" w:rsidRPr="008627E9" w:rsidRDefault="00E53F25">
      <w:pPr>
        <w:spacing w:after="40"/>
        <w:rPr>
          <w:lang w:val="fr-CA"/>
        </w:rPr>
      </w:pPr>
      <w:r w:rsidRPr="008627E9">
        <w:rPr>
          <w:b/>
          <w:lang w:val="fr-CA"/>
        </w:rPr>
        <w:t>Autre proposition financière que j’aimerais soumettre :</w:t>
      </w:r>
    </w:p>
    <w:tbl>
      <w:tblPr>
        <w:tblW w:w="0" w:type="auto"/>
        <w:jc w:val="center"/>
        <w:tblLook w:val="04A0" w:firstRow="1" w:lastRow="0" w:firstColumn="1" w:lastColumn="0" w:noHBand="0" w:noVBand="1"/>
      </w:tblPr>
      <w:tblGrid>
        <w:gridCol w:w="10368"/>
      </w:tblGrid>
      <w:tr w:rsidR="00D7372B" w:rsidRPr="00381BA9" w14:paraId="7B9D63AA" w14:textId="77777777">
        <w:trPr>
          <w:trHeight w:val="1080"/>
          <w:jc w:val="center"/>
        </w:trPr>
        <w:tc>
          <w:tcPr>
            <w:tcW w:w="10368" w:type="dxa"/>
            <w:tcBorders>
              <w:top w:val="single" w:sz="8" w:space="0" w:color="BFBFBF"/>
              <w:left w:val="single" w:sz="8" w:space="0" w:color="BFBFBF"/>
              <w:bottom w:val="single" w:sz="8" w:space="0" w:color="BFBFBF"/>
              <w:right w:val="single" w:sz="8" w:space="0" w:color="BFBFBF"/>
            </w:tcBorders>
          </w:tcPr>
          <w:p w14:paraId="25850855" w14:textId="77777777" w:rsidR="00D7372B" w:rsidRPr="008627E9" w:rsidRDefault="00D7372B">
            <w:pPr>
              <w:spacing w:after="0"/>
              <w:rPr>
                <w:lang w:val="fr-CA"/>
              </w:rPr>
            </w:pPr>
          </w:p>
        </w:tc>
      </w:tr>
      <w:tr w:rsidR="00D7372B" w:rsidRPr="00381BA9" w14:paraId="4D0790E3" w14:textId="77777777">
        <w:trPr>
          <w:trHeight w:val="1080"/>
          <w:jc w:val="center"/>
        </w:trPr>
        <w:tc>
          <w:tcPr>
            <w:tcW w:w="10368" w:type="dxa"/>
            <w:tcBorders>
              <w:top w:val="single" w:sz="8" w:space="0" w:color="BFBFBF"/>
              <w:left w:val="single" w:sz="8" w:space="0" w:color="BFBFBF"/>
              <w:bottom w:val="single" w:sz="8" w:space="0" w:color="BFBFBF"/>
              <w:right w:val="single" w:sz="8" w:space="0" w:color="BFBFBF"/>
            </w:tcBorders>
          </w:tcPr>
          <w:p w14:paraId="60057933" w14:textId="77777777" w:rsidR="00D7372B" w:rsidRPr="008627E9" w:rsidRDefault="00D7372B">
            <w:pPr>
              <w:spacing w:after="0"/>
              <w:rPr>
                <w:lang w:val="fr-CA"/>
              </w:rPr>
            </w:pPr>
          </w:p>
        </w:tc>
      </w:tr>
    </w:tbl>
    <w:p w14:paraId="364E3BDE" w14:textId="02BD0D14" w:rsidR="00D7372B" w:rsidRPr="008627E9" w:rsidRDefault="00E53F25">
      <w:pPr>
        <w:keepNext/>
        <w:rPr>
          <w:lang w:val="fr-CA"/>
        </w:rPr>
      </w:pPr>
      <w:r w:rsidRPr="008627E9">
        <w:rPr>
          <w:b/>
          <w:color w:val="244939"/>
          <w:sz w:val="28"/>
          <w:lang w:val="fr-CA"/>
        </w:rPr>
        <w:t>4. Contribution possible en temps, matériel ou expertise</w:t>
      </w:r>
    </w:p>
    <w:tbl>
      <w:tblPr>
        <w:tblW w:w="0" w:type="auto"/>
        <w:jc w:val="center"/>
        <w:tblLook w:val="04A0" w:firstRow="1" w:lastRow="0" w:firstColumn="1" w:lastColumn="0" w:noHBand="0" w:noVBand="1"/>
      </w:tblPr>
      <w:tblGrid>
        <w:gridCol w:w="10368"/>
      </w:tblGrid>
      <w:tr w:rsidR="00D7372B" w:rsidRPr="00381BA9" w14:paraId="3B615C54" w14:textId="77777777">
        <w:trPr>
          <w:jc w:val="center"/>
        </w:trPr>
        <w:tc>
          <w:tcPr>
            <w:tcW w:w="10368" w:type="dxa"/>
            <w:tcBorders>
              <w:top w:val="single" w:sz="6" w:space="0" w:color="D9EAD3"/>
              <w:left w:val="single" w:sz="6" w:space="0" w:color="D9EAD3"/>
              <w:bottom w:val="single" w:sz="6" w:space="0" w:color="D9EAD3"/>
              <w:right w:val="single" w:sz="6" w:space="0" w:color="D9EAD3"/>
            </w:tcBorders>
            <w:shd w:val="clear" w:color="auto" w:fill="F2F8F2"/>
          </w:tcPr>
          <w:p w14:paraId="725B8099" w14:textId="42D6B54B" w:rsidR="00D7372B" w:rsidRPr="008627E9" w:rsidRDefault="00E53F25">
            <w:pPr>
              <w:spacing w:after="0"/>
              <w:rPr>
                <w:lang w:val="fr-CA"/>
              </w:rPr>
            </w:pPr>
            <w:r w:rsidRPr="008627E9">
              <w:rPr>
                <w:lang w:val="fr-CA"/>
              </w:rPr>
              <w:t>Je suis en train de construire La Ressource, un futur camping rustique de ressourcement en nature. Ce lieu sera développé progressivement pour offrir des espaces humains et apaisants en forêt. Dans ce contexte, une personne qui ne peut pas payer le tarif régulier peut proposer une contribution en temps, en matériel ou en expertise. Cette proposition sera analysée avec la même attention qu’une proposition financière.</w:t>
            </w:r>
          </w:p>
        </w:tc>
      </w:tr>
    </w:tbl>
    <w:p w14:paraId="0FB49290" w14:textId="77777777" w:rsidR="008627E9" w:rsidRDefault="008627E9">
      <w:pPr>
        <w:spacing w:after="40"/>
        <w:rPr>
          <w:b/>
          <w:lang w:val="fr-CA"/>
        </w:rPr>
      </w:pPr>
    </w:p>
    <w:p w14:paraId="211FC7FA" w14:textId="1D676187" w:rsidR="00D7372B" w:rsidRPr="008627E9" w:rsidRDefault="00E53F25">
      <w:pPr>
        <w:spacing w:after="40"/>
        <w:rPr>
          <w:lang w:val="fr-CA"/>
        </w:rPr>
      </w:pPr>
      <w:r w:rsidRPr="008627E9">
        <w:rPr>
          <w:b/>
          <w:lang w:val="fr-CA"/>
        </w:rPr>
        <w:t>Type de contribution que je souhaite proposer :</w:t>
      </w:r>
    </w:p>
    <w:tbl>
      <w:tblPr>
        <w:tblW w:w="0" w:type="auto"/>
        <w:jc w:val="center"/>
        <w:tblLook w:val="04A0" w:firstRow="1" w:lastRow="0" w:firstColumn="1" w:lastColumn="0" w:noHBand="0" w:noVBand="1"/>
      </w:tblPr>
      <w:tblGrid>
        <w:gridCol w:w="10368"/>
      </w:tblGrid>
      <w:tr w:rsidR="00D7372B" w:rsidRPr="00381BA9" w14:paraId="619C3D10" w14:textId="77777777">
        <w:trPr>
          <w:trHeight w:val="792"/>
          <w:jc w:val="center"/>
        </w:trPr>
        <w:tc>
          <w:tcPr>
            <w:tcW w:w="10368" w:type="dxa"/>
            <w:tcBorders>
              <w:top w:val="single" w:sz="8" w:space="0" w:color="BFBFBF"/>
              <w:left w:val="single" w:sz="8" w:space="0" w:color="BFBFBF"/>
              <w:bottom w:val="single" w:sz="8" w:space="0" w:color="BFBFBF"/>
              <w:right w:val="single" w:sz="8" w:space="0" w:color="BFBFBF"/>
            </w:tcBorders>
          </w:tcPr>
          <w:p w14:paraId="5B4783E8" w14:textId="77777777" w:rsidR="00D7372B" w:rsidRPr="008627E9" w:rsidRDefault="00D7372B">
            <w:pPr>
              <w:spacing w:after="0"/>
              <w:rPr>
                <w:lang w:val="fr-CA"/>
              </w:rPr>
            </w:pPr>
          </w:p>
        </w:tc>
      </w:tr>
    </w:tbl>
    <w:p w14:paraId="41DF6A3A" w14:textId="77777777" w:rsidR="00D7372B" w:rsidRPr="008627E9" w:rsidRDefault="00E53F25">
      <w:pPr>
        <w:spacing w:after="40"/>
        <w:ind w:left="173"/>
        <w:rPr>
          <w:lang w:val="fr-CA"/>
        </w:rPr>
      </w:pPr>
      <w:r w:rsidRPr="008627E9">
        <w:rPr>
          <w:lang w:val="fr-CA"/>
        </w:rPr>
        <w:t>☐ Temps / aide physique</w:t>
      </w:r>
    </w:p>
    <w:p w14:paraId="32FAFDA0" w14:textId="77777777" w:rsidR="00D7372B" w:rsidRPr="008627E9" w:rsidRDefault="00E53F25">
      <w:pPr>
        <w:spacing w:after="40"/>
        <w:ind w:left="173"/>
        <w:rPr>
          <w:lang w:val="fr-CA"/>
        </w:rPr>
      </w:pPr>
      <w:r w:rsidRPr="008627E9">
        <w:rPr>
          <w:lang w:val="fr-CA"/>
        </w:rPr>
        <w:t>☐ Matériel</w:t>
      </w:r>
    </w:p>
    <w:p w14:paraId="61E0B2B2" w14:textId="77777777" w:rsidR="00D7372B" w:rsidRPr="008627E9" w:rsidRDefault="00E53F25">
      <w:pPr>
        <w:spacing w:after="40"/>
        <w:ind w:left="173"/>
        <w:rPr>
          <w:lang w:val="fr-CA"/>
        </w:rPr>
      </w:pPr>
      <w:r w:rsidRPr="008627E9">
        <w:rPr>
          <w:lang w:val="fr-CA"/>
        </w:rPr>
        <w:t>☐ Expertise / service professionnel</w:t>
      </w:r>
    </w:p>
    <w:p w14:paraId="04345320" w14:textId="77777777" w:rsidR="00D7372B" w:rsidRPr="008627E9" w:rsidRDefault="00E53F25">
      <w:pPr>
        <w:spacing w:after="40"/>
        <w:ind w:left="173"/>
        <w:rPr>
          <w:lang w:val="fr-CA"/>
        </w:rPr>
      </w:pPr>
      <w:r w:rsidRPr="008627E9">
        <w:rPr>
          <w:lang w:val="fr-CA"/>
        </w:rPr>
        <w:t>☐ Transport / récupération / livraison</w:t>
      </w:r>
    </w:p>
    <w:p w14:paraId="66659AC9" w14:textId="77777777" w:rsidR="00D7372B" w:rsidRPr="008627E9" w:rsidRDefault="00E53F25">
      <w:pPr>
        <w:spacing w:after="40"/>
        <w:ind w:left="173"/>
        <w:rPr>
          <w:lang w:val="fr-CA"/>
        </w:rPr>
      </w:pPr>
      <w:r w:rsidRPr="008627E9">
        <w:rPr>
          <w:lang w:val="fr-CA"/>
        </w:rPr>
        <w:t>☐ Autre forme de contribution</w:t>
      </w:r>
    </w:p>
    <w:p w14:paraId="372F6F21" w14:textId="77777777" w:rsidR="008627E9" w:rsidRDefault="008627E9">
      <w:pPr>
        <w:keepNext/>
        <w:rPr>
          <w:b/>
          <w:color w:val="244939"/>
          <w:sz w:val="24"/>
          <w:lang w:val="fr-CA"/>
        </w:rPr>
      </w:pPr>
    </w:p>
    <w:p w14:paraId="62EFF8A5" w14:textId="20CEC384" w:rsidR="00D7372B" w:rsidRPr="008627E9" w:rsidRDefault="00E53F25">
      <w:pPr>
        <w:keepNext/>
        <w:rPr>
          <w:lang w:val="fr-CA"/>
        </w:rPr>
      </w:pPr>
      <w:r w:rsidRPr="008627E9">
        <w:rPr>
          <w:b/>
          <w:color w:val="244939"/>
          <w:sz w:val="24"/>
          <w:lang w:val="fr-CA"/>
        </w:rPr>
        <w:t>Catégories de matériel ou d’aide possibles</w:t>
      </w:r>
    </w:p>
    <w:tbl>
      <w:tblPr>
        <w:tblW w:w="0" w:type="auto"/>
        <w:jc w:val="center"/>
        <w:tblLook w:val="04A0" w:firstRow="1" w:lastRow="0" w:firstColumn="1" w:lastColumn="0" w:noHBand="0" w:noVBand="1"/>
      </w:tblPr>
      <w:tblGrid>
        <w:gridCol w:w="4548"/>
        <w:gridCol w:w="6236"/>
      </w:tblGrid>
      <w:tr w:rsidR="00D7372B" w:rsidRPr="00381BA9" w14:paraId="6D587B7D" w14:textId="77777777">
        <w:trPr>
          <w:jc w:val="center"/>
        </w:trPr>
        <w:tc>
          <w:tcPr>
            <w:tcW w:w="10368" w:type="dxa"/>
            <w:gridSpan w:val="2"/>
            <w:tcBorders>
              <w:top w:val="single" w:sz="6" w:space="0" w:color="D9EAD3"/>
              <w:left w:val="single" w:sz="6" w:space="0" w:color="D9EAD3"/>
              <w:bottom w:val="single" w:sz="6" w:space="0" w:color="D9EAD3"/>
              <w:right w:val="single" w:sz="6" w:space="0" w:color="D9EAD3"/>
            </w:tcBorders>
            <w:shd w:val="clear" w:color="auto" w:fill="F2F8F2"/>
          </w:tcPr>
          <w:p w14:paraId="2B22B3CD" w14:textId="77777777" w:rsidR="00D7372B" w:rsidRPr="008627E9" w:rsidRDefault="00E53F25">
            <w:pPr>
              <w:spacing w:after="0"/>
              <w:rPr>
                <w:lang w:val="fr-CA"/>
              </w:rPr>
            </w:pPr>
            <w:r w:rsidRPr="008627E9">
              <w:rPr>
                <w:lang w:val="fr-CA"/>
              </w:rPr>
              <w:t>Les catégories ci-dessous servent à donner des idées concrètes. Vous pouvez proposer autre chose si vous pensez que cela peut soutenir la construction de La Ressource, du camping rustique, des espaces de ressourcement ou des bacs de création.</w:t>
            </w:r>
          </w:p>
        </w:tc>
      </w:tr>
      <w:tr w:rsidR="00D7372B" w14:paraId="2CFA098A" w14:textId="77777777">
        <w:trPr>
          <w:jc w:val="center"/>
        </w:trPr>
        <w:tc>
          <w:tcPr>
            <w:tcW w:w="5184" w:type="dxa"/>
            <w:tcBorders>
              <w:top w:val="single" w:sz="8" w:space="0" w:color="BFBFBF"/>
              <w:left w:val="single" w:sz="8" w:space="0" w:color="BFBFBF"/>
              <w:bottom w:val="single" w:sz="8" w:space="0" w:color="BFBFBF"/>
              <w:right w:val="single" w:sz="8" w:space="0" w:color="BFBFBF"/>
            </w:tcBorders>
            <w:shd w:val="clear" w:color="auto" w:fill="E2F0D9"/>
          </w:tcPr>
          <w:p w14:paraId="76865734" w14:textId="77777777" w:rsidR="00D7372B" w:rsidRDefault="00E53F25">
            <w:proofErr w:type="spellStart"/>
            <w:r>
              <w:rPr>
                <w:b/>
                <w:sz w:val="19"/>
              </w:rPr>
              <w:t>Catégorie</w:t>
            </w:r>
            <w:proofErr w:type="spellEnd"/>
          </w:p>
        </w:tc>
        <w:tc>
          <w:tcPr>
            <w:tcW w:w="5184" w:type="dxa"/>
            <w:tcBorders>
              <w:top w:val="single" w:sz="8" w:space="0" w:color="BFBFBF"/>
              <w:left w:val="single" w:sz="8" w:space="0" w:color="BFBFBF"/>
              <w:bottom w:val="single" w:sz="8" w:space="0" w:color="BFBFBF"/>
              <w:right w:val="single" w:sz="8" w:space="0" w:color="BFBFBF"/>
            </w:tcBorders>
            <w:shd w:val="clear" w:color="auto" w:fill="E2F0D9"/>
          </w:tcPr>
          <w:p w14:paraId="1ACC5C34" w14:textId="77777777" w:rsidR="00D7372B" w:rsidRDefault="00E53F25">
            <w:r>
              <w:rPr>
                <w:b/>
                <w:sz w:val="19"/>
              </w:rPr>
              <w:t>Exemples possibles</w:t>
            </w:r>
          </w:p>
        </w:tc>
      </w:tr>
      <w:tr w:rsidR="00D7372B" w:rsidRPr="00381BA9" w14:paraId="65A493C9" w14:textId="77777777">
        <w:trPr>
          <w:jc w:val="center"/>
        </w:trPr>
        <w:tc>
          <w:tcPr>
            <w:tcW w:w="2592" w:type="dxa"/>
            <w:tcBorders>
              <w:top w:val="single" w:sz="8" w:space="0" w:color="BFBFBF"/>
              <w:left w:val="single" w:sz="8" w:space="0" w:color="BFBFBF"/>
              <w:bottom w:val="single" w:sz="8" w:space="0" w:color="BFBFBF"/>
              <w:right w:val="single" w:sz="8" w:space="0" w:color="BFBFBF"/>
            </w:tcBorders>
          </w:tcPr>
          <w:p w14:paraId="0F4CB406" w14:textId="77777777" w:rsidR="00D7372B" w:rsidRPr="008627E9" w:rsidRDefault="00E53F25">
            <w:pPr>
              <w:spacing w:after="20"/>
              <w:rPr>
                <w:szCs w:val="20"/>
                <w:lang w:val="fr-CA"/>
              </w:rPr>
            </w:pPr>
            <w:r w:rsidRPr="008627E9">
              <w:rPr>
                <w:szCs w:val="20"/>
                <w:lang w:val="fr-CA"/>
              </w:rPr>
              <w:t>Matériel d’art et de création</w:t>
            </w:r>
          </w:p>
        </w:tc>
        <w:tc>
          <w:tcPr>
            <w:tcW w:w="7056" w:type="dxa"/>
            <w:tcBorders>
              <w:top w:val="single" w:sz="8" w:space="0" w:color="BFBFBF"/>
              <w:left w:val="single" w:sz="8" w:space="0" w:color="BFBFBF"/>
              <w:bottom w:val="single" w:sz="8" w:space="0" w:color="BFBFBF"/>
              <w:right w:val="single" w:sz="8" w:space="0" w:color="BFBFBF"/>
            </w:tcBorders>
          </w:tcPr>
          <w:p w14:paraId="0CA30933" w14:textId="77777777" w:rsidR="00D7372B" w:rsidRPr="008627E9" w:rsidRDefault="00E53F25">
            <w:pPr>
              <w:spacing w:after="20"/>
              <w:rPr>
                <w:szCs w:val="20"/>
                <w:lang w:val="fr-CA"/>
              </w:rPr>
            </w:pPr>
            <w:r w:rsidRPr="008627E9">
              <w:rPr>
                <w:szCs w:val="20"/>
                <w:lang w:val="fr-CA"/>
              </w:rPr>
              <w:t>Tout matériel d’art divers pour les bacs de création : peinture, pinceaux, crayons, feutres, pastels, papiers, cartons, carnets, toiles, argile, colle, ciseaux, tissus, laine, perles, éléments de bricolage, rangement créatif, chevalets ou autres outils créatifs.</w:t>
            </w:r>
          </w:p>
        </w:tc>
      </w:tr>
      <w:tr w:rsidR="00D7372B" w:rsidRPr="00381BA9" w14:paraId="4B358BD4" w14:textId="77777777">
        <w:trPr>
          <w:jc w:val="center"/>
        </w:trPr>
        <w:tc>
          <w:tcPr>
            <w:tcW w:w="2592" w:type="dxa"/>
            <w:tcBorders>
              <w:top w:val="single" w:sz="8" w:space="0" w:color="BFBFBF"/>
              <w:left w:val="single" w:sz="8" w:space="0" w:color="BFBFBF"/>
              <w:bottom w:val="single" w:sz="8" w:space="0" w:color="BFBFBF"/>
              <w:right w:val="single" w:sz="8" w:space="0" w:color="BFBFBF"/>
            </w:tcBorders>
          </w:tcPr>
          <w:p w14:paraId="75C670F0" w14:textId="77777777" w:rsidR="00D7372B" w:rsidRPr="008627E9" w:rsidRDefault="00E53F25">
            <w:pPr>
              <w:spacing w:after="20"/>
              <w:rPr>
                <w:szCs w:val="20"/>
                <w:lang w:val="fr-CA"/>
              </w:rPr>
            </w:pPr>
            <w:r w:rsidRPr="008627E9">
              <w:rPr>
                <w:szCs w:val="20"/>
                <w:lang w:val="fr-CA"/>
              </w:rPr>
              <w:t>Bois et matériaux de construction</w:t>
            </w:r>
          </w:p>
        </w:tc>
        <w:tc>
          <w:tcPr>
            <w:tcW w:w="7056" w:type="dxa"/>
            <w:tcBorders>
              <w:top w:val="single" w:sz="8" w:space="0" w:color="BFBFBF"/>
              <w:left w:val="single" w:sz="8" w:space="0" w:color="BFBFBF"/>
              <w:bottom w:val="single" w:sz="8" w:space="0" w:color="BFBFBF"/>
              <w:right w:val="single" w:sz="8" w:space="0" w:color="BFBFBF"/>
            </w:tcBorders>
          </w:tcPr>
          <w:p w14:paraId="58E7AF1B" w14:textId="77777777" w:rsidR="00D7372B" w:rsidRPr="008627E9" w:rsidRDefault="00E53F25">
            <w:pPr>
              <w:spacing w:after="20"/>
              <w:rPr>
                <w:szCs w:val="20"/>
                <w:lang w:val="fr-CA"/>
              </w:rPr>
            </w:pPr>
            <w:r w:rsidRPr="008627E9">
              <w:rPr>
                <w:szCs w:val="20"/>
                <w:lang w:val="fr-CA"/>
              </w:rPr>
              <w:t>Planches, madriers, panneaux, poteaux, palettes solides, bois récupéré, matériaux pour plateformes, matériaux pour tentes prospecteurs, matériaux pour petits aménagements extérieurs.</w:t>
            </w:r>
          </w:p>
        </w:tc>
      </w:tr>
      <w:tr w:rsidR="00D7372B" w:rsidRPr="00381BA9" w14:paraId="199C7AC1" w14:textId="77777777">
        <w:trPr>
          <w:jc w:val="center"/>
        </w:trPr>
        <w:tc>
          <w:tcPr>
            <w:tcW w:w="2592" w:type="dxa"/>
            <w:tcBorders>
              <w:top w:val="single" w:sz="8" w:space="0" w:color="BFBFBF"/>
              <w:left w:val="single" w:sz="8" w:space="0" w:color="BFBFBF"/>
              <w:bottom w:val="single" w:sz="8" w:space="0" w:color="BFBFBF"/>
              <w:right w:val="single" w:sz="8" w:space="0" w:color="BFBFBF"/>
            </w:tcBorders>
          </w:tcPr>
          <w:p w14:paraId="604228DE" w14:textId="77777777" w:rsidR="00D7372B" w:rsidRPr="008627E9" w:rsidRDefault="00E53F25">
            <w:pPr>
              <w:spacing w:after="20"/>
              <w:rPr>
                <w:szCs w:val="20"/>
              </w:rPr>
            </w:pPr>
            <w:proofErr w:type="spellStart"/>
            <w:r w:rsidRPr="008627E9">
              <w:rPr>
                <w:szCs w:val="20"/>
              </w:rPr>
              <w:t>Quincaillerie</w:t>
            </w:r>
            <w:proofErr w:type="spellEnd"/>
            <w:r w:rsidRPr="008627E9">
              <w:rPr>
                <w:szCs w:val="20"/>
              </w:rPr>
              <w:t xml:space="preserve"> et </w:t>
            </w:r>
            <w:proofErr w:type="spellStart"/>
            <w:r w:rsidRPr="008627E9">
              <w:rPr>
                <w:szCs w:val="20"/>
              </w:rPr>
              <w:t>outils</w:t>
            </w:r>
            <w:proofErr w:type="spellEnd"/>
          </w:p>
        </w:tc>
        <w:tc>
          <w:tcPr>
            <w:tcW w:w="7056" w:type="dxa"/>
            <w:tcBorders>
              <w:top w:val="single" w:sz="8" w:space="0" w:color="BFBFBF"/>
              <w:left w:val="single" w:sz="8" w:space="0" w:color="BFBFBF"/>
              <w:bottom w:val="single" w:sz="8" w:space="0" w:color="BFBFBF"/>
              <w:right w:val="single" w:sz="8" w:space="0" w:color="BFBFBF"/>
            </w:tcBorders>
          </w:tcPr>
          <w:p w14:paraId="6526B938" w14:textId="77777777" w:rsidR="00D7372B" w:rsidRPr="008627E9" w:rsidRDefault="00E53F25">
            <w:pPr>
              <w:spacing w:after="20"/>
              <w:rPr>
                <w:szCs w:val="20"/>
                <w:lang w:val="fr-CA"/>
              </w:rPr>
            </w:pPr>
            <w:r w:rsidRPr="008627E9">
              <w:rPr>
                <w:szCs w:val="20"/>
                <w:lang w:val="fr-CA"/>
              </w:rPr>
              <w:t>Vis, clous, équerres, pentures, attaches, crochets, cordage, chaînes, ancrages, peinture ou teinture extérieure, outils manuels, accessoires de construction ou de réparation.</w:t>
            </w:r>
          </w:p>
        </w:tc>
      </w:tr>
      <w:tr w:rsidR="00D7372B" w:rsidRPr="00381BA9" w14:paraId="0110D800" w14:textId="77777777">
        <w:trPr>
          <w:jc w:val="center"/>
        </w:trPr>
        <w:tc>
          <w:tcPr>
            <w:tcW w:w="2592" w:type="dxa"/>
            <w:tcBorders>
              <w:top w:val="single" w:sz="8" w:space="0" w:color="BFBFBF"/>
              <w:left w:val="single" w:sz="8" w:space="0" w:color="BFBFBF"/>
              <w:bottom w:val="single" w:sz="8" w:space="0" w:color="BFBFBF"/>
              <w:right w:val="single" w:sz="8" w:space="0" w:color="BFBFBF"/>
            </w:tcBorders>
          </w:tcPr>
          <w:p w14:paraId="231DF6B0" w14:textId="77777777" w:rsidR="00D7372B" w:rsidRPr="008627E9" w:rsidRDefault="00E53F25">
            <w:pPr>
              <w:spacing w:after="20"/>
              <w:rPr>
                <w:szCs w:val="20"/>
              </w:rPr>
            </w:pPr>
            <w:r w:rsidRPr="008627E9">
              <w:rPr>
                <w:szCs w:val="20"/>
              </w:rPr>
              <w:lastRenderedPageBreak/>
              <w:t xml:space="preserve">Mobilier </w:t>
            </w:r>
            <w:proofErr w:type="spellStart"/>
            <w:r w:rsidRPr="008627E9">
              <w:rPr>
                <w:szCs w:val="20"/>
              </w:rPr>
              <w:t>extérieur</w:t>
            </w:r>
            <w:proofErr w:type="spellEnd"/>
            <w:r w:rsidRPr="008627E9">
              <w:rPr>
                <w:szCs w:val="20"/>
              </w:rPr>
              <w:t xml:space="preserve"> et repos</w:t>
            </w:r>
          </w:p>
        </w:tc>
        <w:tc>
          <w:tcPr>
            <w:tcW w:w="7056" w:type="dxa"/>
            <w:tcBorders>
              <w:top w:val="single" w:sz="8" w:space="0" w:color="BFBFBF"/>
              <w:left w:val="single" w:sz="8" w:space="0" w:color="BFBFBF"/>
              <w:bottom w:val="single" w:sz="8" w:space="0" w:color="BFBFBF"/>
              <w:right w:val="single" w:sz="8" w:space="0" w:color="BFBFBF"/>
            </w:tcBorders>
          </w:tcPr>
          <w:p w14:paraId="4F8D76BC" w14:textId="77777777" w:rsidR="00D7372B" w:rsidRPr="008627E9" w:rsidRDefault="00E53F25">
            <w:pPr>
              <w:spacing w:after="20"/>
              <w:rPr>
                <w:szCs w:val="20"/>
                <w:lang w:val="fr-CA"/>
              </w:rPr>
            </w:pPr>
            <w:r w:rsidRPr="008627E9">
              <w:rPr>
                <w:szCs w:val="20"/>
                <w:lang w:val="fr-CA"/>
              </w:rPr>
              <w:t>Chaises, bancs, tables, meubles extérieurs, hamacs, balançoires, coussins extérieurs, tapis extérieurs, mobilier de terrasse, moustiquaires, gazebos ou éléments pour coins de repos.</w:t>
            </w:r>
          </w:p>
        </w:tc>
      </w:tr>
      <w:tr w:rsidR="00D7372B" w:rsidRPr="00381BA9" w14:paraId="244B530D" w14:textId="77777777">
        <w:trPr>
          <w:jc w:val="center"/>
        </w:trPr>
        <w:tc>
          <w:tcPr>
            <w:tcW w:w="2592" w:type="dxa"/>
            <w:tcBorders>
              <w:top w:val="single" w:sz="8" w:space="0" w:color="BFBFBF"/>
              <w:left w:val="single" w:sz="8" w:space="0" w:color="BFBFBF"/>
              <w:bottom w:val="single" w:sz="8" w:space="0" w:color="BFBFBF"/>
              <w:right w:val="single" w:sz="8" w:space="0" w:color="BFBFBF"/>
            </w:tcBorders>
          </w:tcPr>
          <w:p w14:paraId="7E3B3956" w14:textId="77777777" w:rsidR="00D7372B" w:rsidRPr="008627E9" w:rsidRDefault="00E53F25">
            <w:pPr>
              <w:spacing w:after="20"/>
              <w:rPr>
                <w:szCs w:val="20"/>
              </w:rPr>
            </w:pPr>
            <w:r w:rsidRPr="008627E9">
              <w:rPr>
                <w:szCs w:val="20"/>
              </w:rPr>
              <w:t xml:space="preserve">Camping </w:t>
            </w:r>
            <w:proofErr w:type="spellStart"/>
            <w:r w:rsidRPr="008627E9">
              <w:rPr>
                <w:szCs w:val="20"/>
              </w:rPr>
              <w:t>rustique</w:t>
            </w:r>
            <w:proofErr w:type="spellEnd"/>
            <w:r w:rsidRPr="008627E9">
              <w:rPr>
                <w:szCs w:val="20"/>
              </w:rPr>
              <w:t xml:space="preserve"> et </w:t>
            </w:r>
            <w:proofErr w:type="spellStart"/>
            <w:r w:rsidRPr="008627E9">
              <w:rPr>
                <w:szCs w:val="20"/>
              </w:rPr>
              <w:t>ressourcement</w:t>
            </w:r>
            <w:proofErr w:type="spellEnd"/>
          </w:p>
        </w:tc>
        <w:tc>
          <w:tcPr>
            <w:tcW w:w="7056" w:type="dxa"/>
            <w:tcBorders>
              <w:top w:val="single" w:sz="8" w:space="0" w:color="BFBFBF"/>
              <w:left w:val="single" w:sz="8" w:space="0" w:color="BFBFBF"/>
              <w:bottom w:val="single" w:sz="8" w:space="0" w:color="BFBFBF"/>
              <w:right w:val="single" w:sz="8" w:space="0" w:color="BFBFBF"/>
            </w:tcBorders>
          </w:tcPr>
          <w:p w14:paraId="41138111" w14:textId="77777777" w:rsidR="00D7372B" w:rsidRPr="008627E9" w:rsidRDefault="00E53F25">
            <w:pPr>
              <w:spacing w:after="20"/>
              <w:rPr>
                <w:szCs w:val="20"/>
                <w:lang w:val="fr-CA"/>
              </w:rPr>
            </w:pPr>
            <w:r w:rsidRPr="008627E9">
              <w:rPr>
                <w:szCs w:val="20"/>
                <w:lang w:val="fr-CA"/>
              </w:rPr>
              <w:t>Toiles/</w:t>
            </w:r>
            <w:proofErr w:type="spellStart"/>
            <w:r w:rsidRPr="008627E9">
              <w:rPr>
                <w:szCs w:val="20"/>
                <w:lang w:val="fr-CA"/>
              </w:rPr>
              <w:t>canvas</w:t>
            </w:r>
            <w:proofErr w:type="spellEnd"/>
            <w:r w:rsidRPr="008627E9">
              <w:rPr>
                <w:szCs w:val="20"/>
                <w:lang w:val="fr-CA"/>
              </w:rPr>
              <w:t>, bâches, cordes, éclairage solaire, lanternes, contenants de rangement, matériel pour coins calmes, signalisation, éléments simples pour améliorer l’accueil et le confort.</w:t>
            </w:r>
          </w:p>
        </w:tc>
      </w:tr>
      <w:tr w:rsidR="00D7372B" w:rsidRPr="00381BA9" w14:paraId="0617B626" w14:textId="77777777">
        <w:trPr>
          <w:jc w:val="center"/>
        </w:trPr>
        <w:tc>
          <w:tcPr>
            <w:tcW w:w="2592" w:type="dxa"/>
            <w:tcBorders>
              <w:top w:val="single" w:sz="8" w:space="0" w:color="BFBFBF"/>
              <w:left w:val="single" w:sz="8" w:space="0" w:color="BFBFBF"/>
              <w:bottom w:val="single" w:sz="8" w:space="0" w:color="BFBFBF"/>
              <w:right w:val="single" w:sz="8" w:space="0" w:color="BFBFBF"/>
            </w:tcBorders>
          </w:tcPr>
          <w:p w14:paraId="78BDE672" w14:textId="77777777" w:rsidR="00D7372B" w:rsidRPr="008627E9" w:rsidRDefault="00E53F25">
            <w:pPr>
              <w:spacing w:after="20"/>
              <w:rPr>
                <w:szCs w:val="20"/>
                <w:lang w:val="fr-CA"/>
              </w:rPr>
            </w:pPr>
            <w:r w:rsidRPr="008627E9">
              <w:rPr>
                <w:szCs w:val="20"/>
                <w:lang w:val="fr-CA"/>
              </w:rPr>
              <w:t>Jardin, terrain et aménagement naturel</w:t>
            </w:r>
          </w:p>
        </w:tc>
        <w:tc>
          <w:tcPr>
            <w:tcW w:w="7056" w:type="dxa"/>
            <w:tcBorders>
              <w:top w:val="single" w:sz="8" w:space="0" w:color="BFBFBF"/>
              <w:left w:val="single" w:sz="8" w:space="0" w:color="BFBFBF"/>
              <w:bottom w:val="single" w:sz="8" w:space="0" w:color="BFBFBF"/>
              <w:right w:val="single" w:sz="8" w:space="0" w:color="BFBFBF"/>
            </w:tcBorders>
          </w:tcPr>
          <w:p w14:paraId="283EA39E" w14:textId="77777777" w:rsidR="00D7372B" w:rsidRPr="008627E9" w:rsidRDefault="00E53F25">
            <w:pPr>
              <w:spacing w:after="20"/>
              <w:rPr>
                <w:szCs w:val="20"/>
                <w:lang w:val="fr-CA"/>
              </w:rPr>
            </w:pPr>
            <w:r w:rsidRPr="008627E9">
              <w:rPr>
                <w:szCs w:val="20"/>
                <w:lang w:val="fr-CA"/>
              </w:rPr>
              <w:t>Arbres, arbustes, semences, vivaces, terre, compost, paillis, brouettes, clôture, piquets, matériel pour jardins nourriciers/comestibles, nivellement, défrichage, plantation.</w:t>
            </w:r>
          </w:p>
        </w:tc>
      </w:tr>
      <w:tr w:rsidR="00D7372B" w:rsidRPr="00381BA9" w14:paraId="4558C4E5" w14:textId="77777777">
        <w:trPr>
          <w:jc w:val="center"/>
        </w:trPr>
        <w:tc>
          <w:tcPr>
            <w:tcW w:w="2592" w:type="dxa"/>
            <w:tcBorders>
              <w:top w:val="single" w:sz="8" w:space="0" w:color="BFBFBF"/>
              <w:left w:val="single" w:sz="8" w:space="0" w:color="BFBFBF"/>
              <w:bottom w:val="single" w:sz="8" w:space="0" w:color="BFBFBF"/>
              <w:right w:val="single" w:sz="8" w:space="0" w:color="BFBFBF"/>
            </w:tcBorders>
          </w:tcPr>
          <w:p w14:paraId="56B389CC" w14:textId="77777777" w:rsidR="00D7372B" w:rsidRPr="008627E9" w:rsidRDefault="00E53F25">
            <w:pPr>
              <w:spacing w:after="20"/>
              <w:rPr>
                <w:szCs w:val="20"/>
                <w:lang w:val="fr-CA"/>
              </w:rPr>
            </w:pPr>
            <w:r w:rsidRPr="008627E9">
              <w:rPr>
                <w:szCs w:val="20"/>
                <w:lang w:val="fr-CA"/>
              </w:rPr>
              <w:t>Quai, eau et accès extérieur</w:t>
            </w:r>
          </w:p>
        </w:tc>
        <w:tc>
          <w:tcPr>
            <w:tcW w:w="7056" w:type="dxa"/>
            <w:tcBorders>
              <w:top w:val="single" w:sz="8" w:space="0" w:color="BFBFBF"/>
              <w:left w:val="single" w:sz="8" w:space="0" w:color="BFBFBF"/>
              <w:bottom w:val="single" w:sz="8" w:space="0" w:color="BFBFBF"/>
              <w:right w:val="single" w:sz="8" w:space="0" w:color="BFBFBF"/>
            </w:tcBorders>
          </w:tcPr>
          <w:p w14:paraId="40BA4794" w14:textId="77777777" w:rsidR="00D7372B" w:rsidRPr="008627E9" w:rsidRDefault="00E53F25">
            <w:pPr>
              <w:spacing w:after="20"/>
              <w:rPr>
                <w:szCs w:val="20"/>
                <w:lang w:val="fr-CA"/>
              </w:rPr>
            </w:pPr>
            <w:r w:rsidRPr="008627E9">
              <w:rPr>
                <w:szCs w:val="20"/>
                <w:lang w:val="fr-CA"/>
              </w:rPr>
              <w:t>Barils, flotteurs, bois, cordage, attaches, ancrages, matériel sécuritaire pour soutenir un projet de quai ou d’accès extérieur.</w:t>
            </w:r>
          </w:p>
        </w:tc>
      </w:tr>
      <w:tr w:rsidR="00D7372B" w:rsidRPr="00381BA9" w14:paraId="13A61BAD" w14:textId="77777777">
        <w:trPr>
          <w:jc w:val="center"/>
        </w:trPr>
        <w:tc>
          <w:tcPr>
            <w:tcW w:w="2592" w:type="dxa"/>
            <w:tcBorders>
              <w:top w:val="single" w:sz="8" w:space="0" w:color="BFBFBF"/>
              <w:left w:val="single" w:sz="8" w:space="0" w:color="BFBFBF"/>
              <w:bottom w:val="single" w:sz="8" w:space="0" w:color="BFBFBF"/>
              <w:right w:val="single" w:sz="8" w:space="0" w:color="BFBFBF"/>
            </w:tcBorders>
          </w:tcPr>
          <w:p w14:paraId="79864DA5" w14:textId="77777777" w:rsidR="00D7372B" w:rsidRPr="008627E9" w:rsidRDefault="00E53F25">
            <w:pPr>
              <w:spacing w:after="20"/>
              <w:rPr>
                <w:szCs w:val="20"/>
              </w:rPr>
            </w:pPr>
            <w:r w:rsidRPr="008627E9">
              <w:rPr>
                <w:szCs w:val="20"/>
              </w:rPr>
              <w:t xml:space="preserve">Temps, expertise </w:t>
            </w:r>
            <w:proofErr w:type="spellStart"/>
            <w:r w:rsidRPr="008627E9">
              <w:rPr>
                <w:szCs w:val="20"/>
              </w:rPr>
              <w:t>ou</w:t>
            </w:r>
            <w:proofErr w:type="spellEnd"/>
            <w:r w:rsidRPr="008627E9">
              <w:rPr>
                <w:szCs w:val="20"/>
              </w:rPr>
              <w:t xml:space="preserve"> services</w:t>
            </w:r>
          </w:p>
        </w:tc>
        <w:tc>
          <w:tcPr>
            <w:tcW w:w="7056" w:type="dxa"/>
            <w:tcBorders>
              <w:top w:val="single" w:sz="8" w:space="0" w:color="BFBFBF"/>
              <w:left w:val="single" w:sz="8" w:space="0" w:color="BFBFBF"/>
              <w:bottom w:val="single" w:sz="8" w:space="0" w:color="BFBFBF"/>
              <w:right w:val="single" w:sz="8" w:space="0" w:color="BFBFBF"/>
            </w:tcBorders>
          </w:tcPr>
          <w:p w14:paraId="305DA595" w14:textId="77777777" w:rsidR="00D7372B" w:rsidRPr="008627E9" w:rsidRDefault="00E53F25">
            <w:pPr>
              <w:spacing w:after="20"/>
              <w:rPr>
                <w:szCs w:val="20"/>
                <w:lang w:val="fr-CA"/>
              </w:rPr>
            </w:pPr>
            <w:r w:rsidRPr="008627E9">
              <w:rPr>
                <w:szCs w:val="20"/>
                <w:lang w:val="fr-CA"/>
              </w:rPr>
              <w:t>Aide au défrichage, tri, entreposage, transport, recherche de matériaux récupérés, construction, menuiserie, paysagement, marketing, photo/vidéo, communication, organisation, réparation, accompagnement de chantier.</w:t>
            </w:r>
          </w:p>
        </w:tc>
      </w:tr>
    </w:tbl>
    <w:p w14:paraId="24F72674" w14:textId="77777777" w:rsidR="008627E9" w:rsidRDefault="008627E9">
      <w:pPr>
        <w:spacing w:after="40"/>
        <w:rPr>
          <w:b/>
          <w:lang w:val="fr-CA"/>
        </w:rPr>
      </w:pPr>
    </w:p>
    <w:p w14:paraId="48E83568" w14:textId="77777777" w:rsidR="008627E9" w:rsidRDefault="008627E9">
      <w:pPr>
        <w:spacing w:after="40"/>
        <w:rPr>
          <w:b/>
          <w:lang w:val="fr-CA"/>
        </w:rPr>
      </w:pPr>
    </w:p>
    <w:p w14:paraId="66806774" w14:textId="30315930" w:rsidR="00D7372B" w:rsidRPr="008627E9" w:rsidRDefault="00E53F25">
      <w:pPr>
        <w:spacing w:after="40"/>
        <w:rPr>
          <w:lang w:val="fr-CA"/>
        </w:rPr>
      </w:pPr>
      <w:r w:rsidRPr="008627E9">
        <w:rPr>
          <w:b/>
          <w:lang w:val="fr-CA"/>
        </w:rPr>
        <w:t>Ce que je souhaite offrir concrètement :</w:t>
      </w:r>
    </w:p>
    <w:tbl>
      <w:tblPr>
        <w:tblW w:w="0" w:type="auto"/>
        <w:jc w:val="center"/>
        <w:tblLook w:val="04A0" w:firstRow="1" w:lastRow="0" w:firstColumn="1" w:lastColumn="0" w:noHBand="0" w:noVBand="1"/>
      </w:tblPr>
      <w:tblGrid>
        <w:gridCol w:w="10368"/>
      </w:tblGrid>
      <w:tr w:rsidR="00D7372B" w:rsidRPr="00381BA9" w14:paraId="15E7CD86"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670DC267" w14:textId="77777777" w:rsidR="00D7372B" w:rsidRPr="008627E9" w:rsidRDefault="00D7372B">
            <w:pPr>
              <w:spacing w:after="0"/>
              <w:rPr>
                <w:lang w:val="fr-CA"/>
              </w:rPr>
            </w:pPr>
          </w:p>
        </w:tc>
      </w:tr>
      <w:tr w:rsidR="00D7372B" w:rsidRPr="00381BA9" w14:paraId="1FE140B8"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78C45AED" w14:textId="77777777" w:rsidR="00D7372B" w:rsidRPr="008627E9" w:rsidRDefault="00D7372B">
            <w:pPr>
              <w:spacing w:after="0"/>
              <w:rPr>
                <w:lang w:val="fr-CA"/>
              </w:rPr>
            </w:pPr>
          </w:p>
        </w:tc>
      </w:tr>
      <w:tr w:rsidR="00D7372B" w:rsidRPr="00381BA9" w14:paraId="077346E1"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1F7C87D2" w14:textId="77777777" w:rsidR="00D7372B" w:rsidRPr="008627E9" w:rsidRDefault="00D7372B">
            <w:pPr>
              <w:spacing w:after="0"/>
              <w:rPr>
                <w:lang w:val="fr-CA"/>
              </w:rPr>
            </w:pPr>
          </w:p>
        </w:tc>
      </w:tr>
    </w:tbl>
    <w:p w14:paraId="11930C00" w14:textId="77777777" w:rsidR="008627E9" w:rsidRDefault="008627E9">
      <w:pPr>
        <w:spacing w:after="40"/>
        <w:rPr>
          <w:b/>
          <w:lang w:val="fr-CA"/>
        </w:rPr>
      </w:pPr>
    </w:p>
    <w:p w14:paraId="6C72D311" w14:textId="3C909438" w:rsidR="00D7372B" w:rsidRPr="008627E9" w:rsidRDefault="00E53F25">
      <w:pPr>
        <w:spacing w:after="40"/>
        <w:rPr>
          <w:lang w:val="fr-CA"/>
        </w:rPr>
      </w:pPr>
      <w:r w:rsidRPr="008627E9">
        <w:rPr>
          <w:b/>
          <w:lang w:val="fr-CA"/>
        </w:rPr>
        <w:t>Valeur approximative, quantité, disponibilité ou fréquence possible :</w:t>
      </w:r>
    </w:p>
    <w:tbl>
      <w:tblPr>
        <w:tblW w:w="0" w:type="auto"/>
        <w:jc w:val="center"/>
        <w:tblLook w:val="04A0" w:firstRow="1" w:lastRow="0" w:firstColumn="1" w:lastColumn="0" w:noHBand="0" w:noVBand="1"/>
      </w:tblPr>
      <w:tblGrid>
        <w:gridCol w:w="10368"/>
      </w:tblGrid>
      <w:tr w:rsidR="00D7372B" w:rsidRPr="00381BA9" w14:paraId="16D9C907" w14:textId="77777777">
        <w:trPr>
          <w:trHeight w:val="936"/>
          <w:jc w:val="center"/>
        </w:trPr>
        <w:tc>
          <w:tcPr>
            <w:tcW w:w="10368" w:type="dxa"/>
            <w:tcBorders>
              <w:top w:val="single" w:sz="8" w:space="0" w:color="BFBFBF"/>
              <w:left w:val="single" w:sz="8" w:space="0" w:color="BFBFBF"/>
              <w:bottom w:val="single" w:sz="8" w:space="0" w:color="BFBFBF"/>
              <w:right w:val="single" w:sz="8" w:space="0" w:color="BFBFBF"/>
            </w:tcBorders>
          </w:tcPr>
          <w:p w14:paraId="0C182F43" w14:textId="77777777" w:rsidR="00D7372B" w:rsidRPr="008627E9" w:rsidRDefault="00D7372B">
            <w:pPr>
              <w:spacing w:after="0"/>
              <w:rPr>
                <w:lang w:val="fr-CA"/>
              </w:rPr>
            </w:pPr>
          </w:p>
        </w:tc>
      </w:tr>
      <w:tr w:rsidR="00D7372B" w:rsidRPr="00381BA9" w14:paraId="2A57C958" w14:textId="77777777">
        <w:trPr>
          <w:trHeight w:val="936"/>
          <w:jc w:val="center"/>
        </w:trPr>
        <w:tc>
          <w:tcPr>
            <w:tcW w:w="10368" w:type="dxa"/>
            <w:tcBorders>
              <w:top w:val="single" w:sz="8" w:space="0" w:color="BFBFBF"/>
              <w:left w:val="single" w:sz="8" w:space="0" w:color="BFBFBF"/>
              <w:bottom w:val="single" w:sz="8" w:space="0" w:color="BFBFBF"/>
              <w:right w:val="single" w:sz="8" w:space="0" w:color="BFBFBF"/>
            </w:tcBorders>
          </w:tcPr>
          <w:p w14:paraId="3C01C10C" w14:textId="77777777" w:rsidR="00D7372B" w:rsidRPr="008627E9" w:rsidRDefault="00D7372B">
            <w:pPr>
              <w:spacing w:after="0"/>
              <w:rPr>
                <w:lang w:val="fr-CA"/>
              </w:rPr>
            </w:pPr>
          </w:p>
        </w:tc>
      </w:tr>
    </w:tbl>
    <w:p w14:paraId="64F1106B" w14:textId="77777777" w:rsidR="008627E9" w:rsidRDefault="008627E9" w:rsidP="008627E9">
      <w:pPr>
        <w:rPr>
          <w:lang w:val="fr-CA"/>
        </w:rPr>
      </w:pPr>
    </w:p>
    <w:p w14:paraId="547461F3" w14:textId="06D2ED95" w:rsidR="00D7372B" w:rsidRPr="008627E9" w:rsidRDefault="00E53F25" w:rsidP="008627E9">
      <w:pPr>
        <w:keepNext/>
        <w:rPr>
          <w:lang w:val="fr-CA"/>
        </w:rPr>
      </w:pPr>
      <w:r>
        <w:rPr>
          <w:b/>
          <w:color w:val="244939"/>
          <w:sz w:val="28"/>
        </w:rPr>
        <w:t>5. Situation particulière à considérer</w:t>
      </w:r>
    </w:p>
    <w:tbl>
      <w:tblPr>
        <w:tblW w:w="0" w:type="auto"/>
        <w:jc w:val="center"/>
        <w:tblLook w:val="04A0" w:firstRow="1" w:lastRow="0" w:firstColumn="1" w:lastColumn="0" w:noHBand="0" w:noVBand="1"/>
      </w:tblPr>
      <w:tblGrid>
        <w:gridCol w:w="10368"/>
      </w:tblGrid>
      <w:tr w:rsidR="00D7372B" w:rsidRPr="00381BA9" w14:paraId="68E92C97" w14:textId="77777777">
        <w:trPr>
          <w:jc w:val="center"/>
        </w:trPr>
        <w:tc>
          <w:tcPr>
            <w:tcW w:w="10368" w:type="dxa"/>
            <w:tcBorders>
              <w:top w:val="single" w:sz="6" w:space="0" w:color="D9EAD3"/>
              <w:left w:val="single" w:sz="6" w:space="0" w:color="D9EAD3"/>
              <w:bottom w:val="single" w:sz="6" w:space="0" w:color="D9EAD3"/>
              <w:right w:val="single" w:sz="6" w:space="0" w:color="D9EAD3"/>
            </w:tcBorders>
            <w:shd w:val="clear" w:color="auto" w:fill="F2F8F2"/>
          </w:tcPr>
          <w:p w14:paraId="0FDE943A" w14:textId="77777777" w:rsidR="00D7372B" w:rsidRPr="008627E9" w:rsidRDefault="00E53F25">
            <w:pPr>
              <w:spacing w:after="0"/>
              <w:rPr>
                <w:lang w:val="fr-CA"/>
              </w:rPr>
            </w:pPr>
            <w:r w:rsidRPr="008627E9">
              <w:rPr>
                <w:lang w:val="fr-CA"/>
              </w:rPr>
              <w:t>Cette section vous permet d’expliquer ce qui rend votre demande importante en ce moment. Vous pouvez rester général(e) si vous préférez; l’objectif est de comprendre votre réalité avec respect.</w:t>
            </w:r>
          </w:p>
        </w:tc>
      </w:tr>
    </w:tbl>
    <w:p w14:paraId="54608D8C" w14:textId="77777777" w:rsidR="00D7372B" w:rsidRPr="008627E9" w:rsidRDefault="00E53F25">
      <w:pPr>
        <w:spacing w:after="40"/>
        <w:rPr>
          <w:lang w:val="fr-CA"/>
        </w:rPr>
      </w:pPr>
      <w:r w:rsidRPr="008627E9">
        <w:rPr>
          <w:b/>
          <w:lang w:val="fr-CA"/>
        </w:rPr>
        <w:t>Éléments de ma situation que je souhaite porter à votre attention :</w:t>
      </w:r>
    </w:p>
    <w:tbl>
      <w:tblPr>
        <w:tblW w:w="0" w:type="auto"/>
        <w:jc w:val="center"/>
        <w:tblLook w:val="04A0" w:firstRow="1" w:lastRow="0" w:firstColumn="1" w:lastColumn="0" w:noHBand="0" w:noVBand="1"/>
      </w:tblPr>
      <w:tblGrid>
        <w:gridCol w:w="10368"/>
      </w:tblGrid>
      <w:tr w:rsidR="00D7372B" w:rsidRPr="00381BA9" w14:paraId="37E55149"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172314E5" w14:textId="77777777" w:rsidR="00D7372B" w:rsidRPr="008627E9" w:rsidRDefault="00D7372B">
            <w:pPr>
              <w:spacing w:after="0"/>
              <w:rPr>
                <w:lang w:val="fr-CA"/>
              </w:rPr>
            </w:pPr>
          </w:p>
        </w:tc>
      </w:tr>
      <w:tr w:rsidR="00D7372B" w:rsidRPr="00381BA9" w14:paraId="17B76B91"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736C2AEB" w14:textId="77777777" w:rsidR="00D7372B" w:rsidRPr="008627E9" w:rsidRDefault="00D7372B">
            <w:pPr>
              <w:spacing w:after="0"/>
              <w:rPr>
                <w:lang w:val="fr-CA"/>
              </w:rPr>
            </w:pPr>
          </w:p>
        </w:tc>
      </w:tr>
      <w:tr w:rsidR="00D7372B" w:rsidRPr="00381BA9" w14:paraId="6FE22EBC"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72A64641" w14:textId="77777777" w:rsidR="00D7372B" w:rsidRPr="008627E9" w:rsidRDefault="00D7372B">
            <w:pPr>
              <w:spacing w:after="0"/>
              <w:rPr>
                <w:lang w:val="fr-CA"/>
              </w:rPr>
            </w:pPr>
          </w:p>
        </w:tc>
      </w:tr>
    </w:tbl>
    <w:p w14:paraId="5327DDB4" w14:textId="77777777" w:rsidR="00D7372B" w:rsidRPr="008627E9" w:rsidRDefault="00E53F25">
      <w:pPr>
        <w:spacing w:after="40"/>
        <w:rPr>
          <w:lang w:val="fr-CA"/>
        </w:rPr>
      </w:pPr>
      <w:r w:rsidRPr="008627E9">
        <w:rPr>
          <w:b/>
          <w:lang w:val="fr-CA"/>
        </w:rPr>
        <w:t>Pourquoi cette aide serait importante pour moi maintenant :</w:t>
      </w:r>
    </w:p>
    <w:tbl>
      <w:tblPr>
        <w:tblW w:w="0" w:type="auto"/>
        <w:jc w:val="center"/>
        <w:tblLook w:val="04A0" w:firstRow="1" w:lastRow="0" w:firstColumn="1" w:lastColumn="0" w:noHBand="0" w:noVBand="1"/>
      </w:tblPr>
      <w:tblGrid>
        <w:gridCol w:w="10368"/>
      </w:tblGrid>
      <w:tr w:rsidR="00D7372B" w:rsidRPr="00381BA9" w14:paraId="7E464A3D"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3B712286" w14:textId="77777777" w:rsidR="00D7372B" w:rsidRPr="008627E9" w:rsidRDefault="00D7372B">
            <w:pPr>
              <w:spacing w:after="0"/>
              <w:rPr>
                <w:lang w:val="fr-CA"/>
              </w:rPr>
            </w:pPr>
          </w:p>
        </w:tc>
      </w:tr>
      <w:tr w:rsidR="00D7372B" w:rsidRPr="00381BA9" w14:paraId="7B1C31DB"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699B0503" w14:textId="77777777" w:rsidR="00D7372B" w:rsidRPr="008627E9" w:rsidRDefault="00D7372B">
            <w:pPr>
              <w:spacing w:after="0"/>
              <w:rPr>
                <w:lang w:val="fr-CA"/>
              </w:rPr>
            </w:pPr>
          </w:p>
        </w:tc>
      </w:tr>
      <w:tr w:rsidR="00D7372B" w:rsidRPr="00381BA9" w14:paraId="50BCC9A8"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03B1A2BC" w14:textId="77777777" w:rsidR="00D7372B" w:rsidRPr="008627E9" w:rsidRDefault="00D7372B">
            <w:pPr>
              <w:spacing w:after="0"/>
              <w:rPr>
                <w:lang w:val="fr-CA"/>
              </w:rPr>
            </w:pPr>
          </w:p>
        </w:tc>
      </w:tr>
    </w:tbl>
    <w:p w14:paraId="7591172E" w14:textId="77777777" w:rsidR="00D7372B" w:rsidRPr="008627E9" w:rsidRDefault="00E53F25">
      <w:pPr>
        <w:spacing w:after="40"/>
        <w:rPr>
          <w:lang w:val="fr-CA"/>
        </w:rPr>
      </w:pPr>
      <w:r w:rsidRPr="008627E9">
        <w:rPr>
          <w:b/>
          <w:lang w:val="fr-CA"/>
        </w:rPr>
        <w:t>Ce que je suis prêt(e) à mettre en place de mon côté pour soutenir ma démarche :</w:t>
      </w:r>
    </w:p>
    <w:tbl>
      <w:tblPr>
        <w:tblW w:w="0" w:type="auto"/>
        <w:jc w:val="center"/>
        <w:tblLook w:val="04A0" w:firstRow="1" w:lastRow="0" w:firstColumn="1" w:lastColumn="0" w:noHBand="0" w:noVBand="1"/>
      </w:tblPr>
      <w:tblGrid>
        <w:gridCol w:w="10368"/>
      </w:tblGrid>
      <w:tr w:rsidR="00D7372B" w:rsidRPr="00381BA9" w14:paraId="7C63F786" w14:textId="77777777">
        <w:trPr>
          <w:trHeight w:val="1080"/>
          <w:jc w:val="center"/>
        </w:trPr>
        <w:tc>
          <w:tcPr>
            <w:tcW w:w="10368" w:type="dxa"/>
            <w:tcBorders>
              <w:top w:val="single" w:sz="8" w:space="0" w:color="BFBFBF"/>
              <w:left w:val="single" w:sz="8" w:space="0" w:color="BFBFBF"/>
              <w:bottom w:val="single" w:sz="8" w:space="0" w:color="BFBFBF"/>
              <w:right w:val="single" w:sz="8" w:space="0" w:color="BFBFBF"/>
            </w:tcBorders>
          </w:tcPr>
          <w:p w14:paraId="5A334827" w14:textId="77777777" w:rsidR="00D7372B" w:rsidRPr="008627E9" w:rsidRDefault="00D7372B">
            <w:pPr>
              <w:spacing w:after="0"/>
              <w:rPr>
                <w:lang w:val="fr-CA"/>
              </w:rPr>
            </w:pPr>
          </w:p>
        </w:tc>
      </w:tr>
      <w:tr w:rsidR="00D7372B" w:rsidRPr="00381BA9" w14:paraId="220B2B5E" w14:textId="77777777">
        <w:trPr>
          <w:trHeight w:val="1080"/>
          <w:jc w:val="center"/>
        </w:trPr>
        <w:tc>
          <w:tcPr>
            <w:tcW w:w="10368" w:type="dxa"/>
            <w:tcBorders>
              <w:top w:val="single" w:sz="8" w:space="0" w:color="BFBFBF"/>
              <w:left w:val="single" w:sz="8" w:space="0" w:color="BFBFBF"/>
              <w:bottom w:val="single" w:sz="8" w:space="0" w:color="BFBFBF"/>
              <w:right w:val="single" w:sz="8" w:space="0" w:color="BFBFBF"/>
            </w:tcBorders>
          </w:tcPr>
          <w:p w14:paraId="221BDD72" w14:textId="77777777" w:rsidR="00D7372B" w:rsidRPr="008627E9" w:rsidRDefault="00D7372B">
            <w:pPr>
              <w:spacing w:after="0"/>
              <w:rPr>
                <w:lang w:val="fr-CA"/>
              </w:rPr>
            </w:pPr>
          </w:p>
        </w:tc>
      </w:tr>
    </w:tbl>
    <w:p w14:paraId="6B753D30" w14:textId="77777777" w:rsidR="008627E9" w:rsidRDefault="008627E9">
      <w:pPr>
        <w:keepNext/>
        <w:rPr>
          <w:b/>
          <w:color w:val="244939"/>
          <w:sz w:val="28"/>
          <w:lang w:val="fr-CA"/>
        </w:rPr>
      </w:pPr>
    </w:p>
    <w:p w14:paraId="3854474F" w14:textId="0104AAA6" w:rsidR="00D7372B" w:rsidRPr="00477FA4" w:rsidRDefault="00E53F25" w:rsidP="0011205A">
      <w:pPr>
        <w:keepNext/>
        <w:rPr>
          <w:lang w:val="fr-CA"/>
        </w:rPr>
      </w:pPr>
      <w:r w:rsidRPr="008627E9">
        <w:rPr>
          <w:b/>
          <w:color w:val="244939"/>
          <w:sz w:val="24"/>
          <w:lang w:val="fr-CA"/>
        </w:rPr>
        <w:t>D. Déclaration liée à l’auriculothérapie au laser doux</w:t>
      </w:r>
    </w:p>
    <w:p w14:paraId="14407FAA" w14:textId="77777777" w:rsidR="00D7372B" w:rsidRPr="008627E9" w:rsidRDefault="00E53F25">
      <w:pPr>
        <w:spacing w:after="40"/>
        <w:ind w:left="173"/>
        <w:rPr>
          <w:lang w:val="fr-CA"/>
        </w:rPr>
      </w:pPr>
      <w:r w:rsidRPr="008627E9">
        <w:rPr>
          <w:sz w:val="19"/>
          <w:lang w:val="fr-CA"/>
        </w:rPr>
        <w:t>☐ Je déclare avoir lu attentivement cette annexe et avoir indiqué les informations concernant mon état de santé, les contre-indications, les situations de prudence à signaler et les médicaments pris sur une base régulière.</w:t>
      </w:r>
    </w:p>
    <w:p w14:paraId="096E47B2" w14:textId="77777777" w:rsidR="00D7372B" w:rsidRPr="008627E9" w:rsidRDefault="00E53F25">
      <w:pPr>
        <w:spacing w:after="40"/>
        <w:ind w:left="173"/>
        <w:rPr>
          <w:lang w:val="fr-CA"/>
        </w:rPr>
      </w:pPr>
      <w:r w:rsidRPr="008627E9">
        <w:rPr>
          <w:sz w:val="19"/>
          <w:lang w:val="fr-CA"/>
        </w:rPr>
        <w:t>☐ Je comprends qu’il est de ma responsabilité d’aviser la thérapeute si l’un de ces éléments me concerne et, au besoin, de valider avec mon médecin traitant si ce soin est adéquat selon ma condition.</w:t>
      </w:r>
    </w:p>
    <w:p w14:paraId="66C12E36" w14:textId="77777777" w:rsidR="00D7372B" w:rsidRPr="008627E9" w:rsidRDefault="00E53F25">
      <w:pPr>
        <w:spacing w:after="40"/>
        <w:ind w:left="173"/>
        <w:rPr>
          <w:lang w:val="fr-CA"/>
        </w:rPr>
      </w:pPr>
      <w:r w:rsidRPr="008627E9">
        <w:rPr>
          <w:sz w:val="19"/>
          <w:lang w:val="fr-CA"/>
        </w:rPr>
        <w:t>☐ Je comprends également que l’auriculothérapie au laser doux est une approche complémentaire de soutien et ne remplace pas un avis médical, un diagnostic ou un traitement prescrit.</w:t>
      </w:r>
    </w:p>
    <w:tbl>
      <w:tblPr>
        <w:tblW w:w="0" w:type="auto"/>
        <w:jc w:val="center"/>
        <w:tblLook w:val="04A0" w:firstRow="1" w:lastRow="0" w:firstColumn="1" w:lastColumn="0" w:noHBand="0" w:noVBand="1"/>
      </w:tblPr>
      <w:tblGrid>
        <w:gridCol w:w="2880"/>
        <w:gridCol w:w="6768"/>
      </w:tblGrid>
      <w:tr w:rsidR="00D7372B" w14:paraId="078C0B9F"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1C16B073" w14:textId="77777777" w:rsidR="00D7372B" w:rsidRDefault="00E53F25">
            <w:r>
              <w:t xml:space="preserve">Signature de la </w:t>
            </w:r>
            <w:proofErr w:type="spellStart"/>
            <w:r>
              <w:t>personne</w:t>
            </w:r>
            <w:proofErr w:type="spellEnd"/>
          </w:p>
        </w:tc>
        <w:tc>
          <w:tcPr>
            <w:tcW w:w="6768" w:type="dxa"/>
            <w:tcBorders>
              <w:top w:val="single" w:sz="8" w:space="0" w:color="BFBFBF"/>
              <w:left w:val="single" w:sz="8" w:space="0" w:color="BFBFBF"/>
              <w:bottom w:val="single" w:sz="8" w:space="0" w:color="BFBFBF"/>
              <w:right w:val="single" w:sz="8" w:space="0" w:color="BFBFBF"/>
            </w:tcBorders>
          </w:tcPr>
          <w:p w14:paraId="2D7BF5A8" w14:textId="77777777" w:rsidR="00D7372B" w:rsidRDefault="00D7372B"/>
        </w:tc>
      </w:tr>
      <w:tr w:rsidR="00D7372B" w14:paraId="77C44517"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22A68138" w14:textId="77777777" w:rsidR="00D7372B" w:rsidRDefault="00E53F25">
            <w:r>
              <w:lastRenderedPageBreak/>
              <w:t>Date</w:t>
            </w:r>
          </w:p>
        </w:tc>
        <w:tc>
          <w:tcPr>
            <w:tcW w:w="6768" w:type="dxa"/>
            <w:tcBorders>
              <w:top w:val="single" w:sz="8" w:space="0" w:color="BFBFBF"/>
              <w:left w:val="single" w:sz="8" w:space="0" w:color="BFBFBF"/>
              <w:bottom w:val="single" w:sz="8" w:space="0" w:color="BFBFBF"/>
              <w:right w:val="single" w:sz="8" w:space="0" w:color="BFBFBF"/>
            </w:tcBorders>
          </w:tcPr>
          <w:p w14:paraId="68B80C7F" w14:textId="77777777" w:rsidR="00D7372B" w:rsidRDefault="00D7372B"/>
        </w:tc>
      </w:tr>
    </w:tbl>
    <w:p w14:paraId="218B7D88" w14:textId="0F0FC7EB" w:rsidR="00D7372B" w:rsidRPr="008627E9" w:rsidRDefault="00E53F25">
      <w:pPr>
        <w:keepNext/>
        <w:rPr>
          <w:lang w:val="fr-CA"/>
        </w:rPr>
      </w:pPr>
      <w:r w:rsidRPr="008627E9">
        <w:rPr>
          <w:b/>
          <w:color w:val="244939"/>
          <w:sz w:val="28"/>
          <w:lang w:val="fr-CA"/>
        </w:rPr>
        <w:t>6. Consentement et compréhension de la demande</w:t>
      </w:r>
    </w:p>
    <w:p w14:paraId="7F5B8FB6" w14:textId="77777777" w:rsidR="00D7372B" w:rsidRPr="008627E9" w:rsidRDefault="00E53F25">
      <w:pPr>
        <w:spacing w:after="40"/>
        <w:ind w:left="173"/>
        <w:rPr>
          <w:szCs w:val="20"/>
          <w:lang w:val="fr-CA"/>
        </w:rPr>
      </w:pPr>
      <w:r w:rsidRPr="008627E9">
        <w:rPr>
          <w:szCs w:val="20"/>
          <w:lang w:val="fr-CA"/>
        </w:rPr>
        <w:t>☐ Je comprends que ce formulaire sert à présenter une demande d’accès adapté et que ma demande ne sera pas automatiquement acceptée.</w:t>
      </w:r>
    </w:p>
    <w:p w14:paraId="70771BE5" w14:textId="77777777" w:rsidR="00D7372B" w:rsidRPr="008627E9" w:rsidRDefault="00E53F25">
      <w:pPr>
        <w:spacing w:after="40"/>
        <w:ind w:left="173"/>
        <w:rPr>
          <w:szCs w:val="20"/>
          <w:lang w:val="fr-CA"/>
        </w:rPr>
      </w:pPr>
      <w:r w:rsidRPr="008627E9">
        <w:rPr>
          <w:szCs w:val="20"/>
          <w:lang w:val="fr-CA"/>
        </w:rPr>
        <w:t>☐ Je comprends que les services offerts sont des services d’accompagnement complémentaire au mieux-être et ne remplacent pas un avis médical, un diagnostic, une psychothérapie ou un traitement prescrit.</w:t>
      </w:r>
    </w:p>
    <w:p w14:paraId="247614DB" w14:textId="77777777" w:rsidR="00D7372B" w:rsidRPr="008627E9" w:rsidRDefault="00E53F25">
      <w:pPr>
        <w:spacing w:after="40"/>
        <w:ind w:left="173"/>
        <w:rPr>
          <w:szCs w:val="20"/>
          <w:lang w:val="fr-CA"/>
        </w:rPr>
      </w:pPr>
      <w:r w:rsidRPr="008627E9">
        <w:rPr>
          <w:szCs w:val="20"/>
          <w:lang w:val="fr-CA"/>
        </w:rPr>
        <w:t>☐ Je comprends que si une situation de santé ou de sécurité exige une référence, il pourrait m’être recommandé de consulter une ressource médicale, psychosociale ou communautaire appropriée.</w:t>
      </w:r>
    </w:p>
    <w:tbl>
      <w:tblPr>
        <w:tblW w:w="0" w:type="auto"/>
        <w:jc w:val="center"/>
        <w:tblLook w:val="04A0" w:firstRow="1" w:lastRow="0" w:firstColumn="1" w:lastColumn="0" w:noHBand="0" w:noVBand="1"/>
      </w:tblPr>
      <w:tblGrid>
        <w:gridCol w:w="2880"/>
        <w:gridCol w:w="6768"/>
      </w:tblGrid>
      <w:tr w:rsidR="00D7372B" w14:paraId="3767F03D"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610AE85A" w14:textId="77777777" w:rsidR="00D7372B" w:rsidRDefault="00E53F25">
            <w:r>
              <w:t xml:space="preserve">Signature de la </w:t>
            </w:r>
            <w:proofErr w:type="spellStart"/>
            <w:r>
              <w:t>personne</w:t>
            </w:r>
            <w:proofErr w:type="spellEnd"/>
          </w:p>
        </w:tc>
        <w:tc>
          <w:tcPr>
            <w:tcW w:w="6768" w:type="dxa"/>
            <w:tcBorders>
              <w:top w:val="single" w:sz="8" w:space="0" w:color="BFBFBF"/>
              <w:left w:val="single" w:sz="8" w:space="0" w:color="BFBFBF"/>
              <w:bottom w:val="single" w:sz="8" w:space="0" w:color="BFBFBF"/>
              <w:right w:val="single" w:sz="8" w:space="0" w:color="BFBFBF"/>
            </w:tcBorders>
          </w:tcPr>
          <w:p w14:paraId="7A80B9E1" w14:textId="77777777" w:rsidR="00D7372B" w:rsidRDefault="00D7372B"/>
        </w:tc>
      </w:tr>
      <w:tr w:rsidR="00D7372B" w14:paraId="3258571F"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2978259C" w14:textId="77777777" w:rsidR="00D7372B" w:rsidRDefault="00E53F25">
            <w:r>
              <w:t>Date</w:t>
            </w:r>
          </w:p>
        </w:tc>
        <w:tc>
          <w:tcPr>
            <w:tcW w:w="6768" w:type="dxa"/>
            <w:tcBorders>
              <w:top w:val="single" w:sz="8" w:space="0" w:color="BFBFBF"/>
              <w:left w:val="single" w:sz="8" w:space="0" w:color="BFBFBF"/>
              <w:bottom w:val="single" w:sz="8" w:space="0" w:color="BFBFBF"/>
              <w:right w:val="single" w:sz="8" w:space="0" w:color="BFBFBF"/>
            </w:tcBorders>
          </w:tcPr>
          <w:p w14:paraId="01479629" w14:textId="77777777" w:rsidR="00D7372B" w:rsidRDefault="00D7372B"/>
        </w:tc>
      </w:tr>
    </w:tbl>
    <w:p w14:paraId="2BBB97AC" w14:textId="70D8E32A" w:rsidR="00062D8C" w:rsidRDefault="00062D8C" w:rsidP="00062D8C">
      <w:pPr>
        <w:rPr>
          <w:lang w:val="fr-CA"/>
        </w:rPr>
      </w:pPr>
      <w:r w:rsidRPr="00062D8C">
        <w:rPr>
          <w:b/>
          <w:bCs/>
          <w:noProof/>
          <w:lang w:val="fr-CA"/>
        </w:rPr>
        <mc:AlternateContent>
          <mc:Choice Requires="wps">
            <w:drawing>
              <wp:anchor distT="91440" distB="91440" distL="114300" distR="114300" simplePos="0" relativeHeight="251659264" behindDoc="0" locked="0" layoutInCell="1" allowOverlap="1" wp14:anchorId="6031BBB3" wp14:editId="0438C375">
                <wp:simplePos x="0" y="0"/>
                <wp:positionH relativeFrom="margin">
                  <wp:align>left</wp:align>
                </wp:positionH>
                <wp:positionV relativeFrom="paragraph">
                  <wp:posOffset>274955</wp:posOffset>
                </wp:positionV>
                <wp:extent cx="6788150" cy="1403985"/>
                <wp:effectExtent l="0" t="0" r="12700" b="19685"/>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0"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5B103E8" w14:textId="157A37A7" w:rsidR="00062D8C" w:rsidRPr="00062D8C" w:rsidRDefault="00062D8C" w:rsidP="00062D8C">
                            <w:pPr>
                              <w:pBdr>
                                <w:top w:val="single" w:sz="24" w:space="8" w:color="4F81BD" w:themeColor="accent1"/>
                                <w:bottom w:val="single" w:sz="24" w:space="8" w:color="4F81BD" w:themeColor="accent1"/>
                              </w:pBdr>
                              <w:spacing w:after="0"/>
                              <w:rPr>
                                <w:i/>
                                <w:iCs/>
                                <w:color w:val="4F81BD" w:themeColor="accent1"/>
                                <w:lang w:val="fr-CA"/>
                              </w:rPr>
                            </w:pPr>
                            <w:r w:rsidRPr="00062D8C">
                              <w:rPr>
                                <w:b/>
                                <w:bCs/>
                                <w:i/>
                                <w:iCs/>
                                <w:color w:val="4F81BD" w:themeColor="accent1"/>
                                <w:lang w:val="fr-CA"/>
                              </w:rPr>
                              <w:t>Rappel :</w:t>
                            </w:r>
                            <w:r w:rsidRPr="00062D8C">
                              <w:rPr>
                                <w:i/>
                                <w:iCs/>
                                <w:color w:val="4F81BD" w:themeColor="accent1"/>
                                <w:lang w:val="fr-CA"/>
                              </w:rPr>
                              <w:t xml:space="preserve"> veuillez retourner le formulaire par courriel à </w:t>
                            </w:r>
                            <w:r w:rsidRPr="00062D8C">
                              <w:rPr>
                                <w:b/>
                                <w:bCs/>
                                <w:i/>
                                <w:iCs/>
                                <w:color w:val="4F81BD" w:themeColor="accent1"/>
                                <w:lang w:val="fr-CA"/>
                              </w:rPr>
                              <w:t>azurannedupont@gmail.com</w:t>
                            </w:r>
                            <w:r w:rsidRPr="00062D8C">
                              <w:rPr>
                                <w:i/>
                                <w:iCs/>
                                <w:color w:val="4F81BD" w:themeColor="accent1"/>
                                <w:lang w:val="fr-CA"/>
                              </w:rPr>
                              <w:t>. Vous pouvez le remplir à la main et l’envoyer en photo ou en version numérisée, ou le remplir directement à l’ordinateur et le retourner en pièce jointe.</w:t>
                            </w:r>
                          </w:p>
                          <w:p w14:paraId="02EFAE28" w14:textId="77777777" w:rsidR="00062D8C" w:rsidRPr="00062D8C" w:rsidRDefault="00062D8C" w:rsidP="00062D8C">
                            <w:pPr>
                              <w:pBdr>
                                <w:top w:val="single" w:sz="24" w:space="8" w:color="4F81BD" w:themeColor="accent1"/>
                                <w:bottom w:val="single" w:sz="24" w:space="8" w:color="4F81BD" w:themeColor="accent1"/>
                              </w:pBdr>
                              <w:spacing w:after="0"/>
                              <w:rPr>
                                <w:i/>
                                <w:iCs/>
                                <w:color w:val="4F81BD" w:themeColor="accent1"/>
                                <w:sz w:val="24"/>
                                <w:szCs w:val="24"/>
                                <w:lang w:val="fr-CA"/>
                              </w:rPr>
                            </w:pPr>
                            <w:r w:rsidRPr="00062D8C">
                              <w:rPr>
                                <w:i/>
                                <w:iCs/>
                                <w:color w:val="4F81BD" w:themeColor="accent1"/>
                                <w:sz w:val="24"/>
                                <w:szCs w:val="24"/>
                                <w:lang w:val="fr-CA"/>
                              </w:rPr>
                              <w:t xml:space="preserve">Pour toute information supplémentaire, vous pouvez communiquer avec moi au </w:t>
                            </w:r>
                            <w:r w:rsidRPr="00062D8C">
                              <w:rPr>
                                <w:b/>
                                <w:bCs/>
                                <w:i/>
                                <w:iCs/>
                                <w:color w:val="4F81BD" w:themeColor="accent1"/>
                                <w:sz w:val="24"/>
                                <w:szCs w:val="24"/>
                                <w:lang w:val="fr-CA"/>
                              </w:rPr>
                              <w:t>873-569-1090</w:t>
                            </w:r>
                            <w:r w:rsidRPr="00062D8C">
                              <w:rPr>
                                <w:i/>
                                <w:iCs/>
                                <w:color w:val="4F81BD" w:themeColor="accent1"/>
                                <w:sz w:val="24"/>
                                <w:szCs w:val="24"/>
                                <w:lang w:val="fr-CA"/>
                              </w:rPr>
                              <w:t>.</w:t>
                            </w:r>
                          </w:p>
                          <w:p w14:paraId="17A22683" w14:textId="58782D99" w:rsidR="00062D8C" w:rsidRPr="00062D8C" w:rsidRDefault="00062D8C">
                            <w:pPr>
                              <w:pBdr>
                                <w:top w:val="single" w:sz="24" w:space="8" w:color="4F81BD" w:themeColor="accent1"/>
                                <w:bottom w:val="single" w:sz="24" w:space="8" w:color="4F81BD" w:themeColor="accent1"/>
                              </w:pBdr>
                              <w:spacing w:after="0"/>
                              <w:rPr>
                                <w:i/>
                                <w:iCs/>
                                <w:color w:val="4F81BD" w:themeColor="accent1"/>
                                <w:sz w:val="24"/>
                                <w:lang w:val="fr-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1BBB3" id="_x0000_t202" coordsize="21600,21600" o:spt="202" path="m,l,21600r21600,l21600,xe">
                <v:stroke joinstyle="miter"/>
                <v:path gradientshapeok="t" o:connecttype="rect"/>
              </v:shapetype>
              <v:shape id="Zone de texte 2" o:spid="_x0000_s1026" type="#_x0000_t202" style="position:absolute;margin-left:0;margin-top:21.65pt;width:534.5pt;height:110.55pt;z-index:251659264;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" fillcolor="white [3201]" strokecolor="#9bbb59 [3206]" strokeweight="2pt">
                <v:textbox style="mso-fit-shape-to-text:t">
                  <w:txbxContent>
                    <w:p w14:paraId="55B103E8" w14:textId="157A37A7" w:rsidR="00062D8C" w:rsidRPr="00062D8C" w:rsidRDefault="00062D8C" w:rsidP="00062D8C">
                      <w:pPr>
                        <w:pBdr>
                          <w:top w:val="single" w:sz="24" w:space="8" w:color="4F81BD" w:themeColor="accent1"/>
                          <w:bottom w:val="single" w:sz="24" w:space="8" w:color="4F81BD" w:themeColor="accent1"/>
                        </w:pBdr>
                        <w:spacing w:after="0"/>
                        <w:rPr>
                          <w:i/>
                          <w:iCs/>
                          <w:color w:val="4F81BD" w:themeColor="accent1"/>
                          <w:lang w:val="fr-CA"/>
                        </w:rPr>
                      </w:pPr>
                      <w:r w:rsidRPr="00062D8C">
                        <w:rPr>
                          <w:b/>
                          <w:bCs/>
                          <w:i/>
                          <w:iCs/>
                          <w:color w:val="4F81BD" w:themeColor="accent1"/>
                          <w:lang w:val="fr-CA"/>
                        </w:rPr>
                        <w:t>Rappel :</w:t>
                      </w:r>
                      <w:r w:rsidRPr="00062D8C">
                        <w:rPr>
                          <w:i/>
                          <w:iCs/>
                          <w:color w:val="4F81BD" w:themeColor="accent1"/>
                          <w:lang w:val="fr-CA"/>
                        </w:rPr>
                        <w:t xml:space="preserve"> veuillez retourner le formulaire par courriel à </w:t>
                      </w:r>
                      <w:r w:rsidRPr="00062D8C">
                        <w:rPr>
                          <w:b/>
                          <w:bCs/>
                          <w:i/>
                          <w:iCs/>
                          <w:color w:val="4F81BD" w:themeColor="accent1"/>
                          <w:lang w:val="fr-CA"/>
                        </w:rPr>
                        <w:t>azurannedupont@gmail.com</w:t>
                      </w:r>
                      <w:r w:rsidRPr="00062D8C">
                        <w:rPr>
                          <w:i/>
                          <w:iCs/>
                          <w:color w:val="4F81BD" w:themeColor="accent1"/>
                          <w:lang w:val="fr-CA"/>
                        </w:rPr>
                        <w:t>. Vous pouvez le remplir à la main et l’envoyer en photo ou en version numérisée, ou le remplir directement à l’ordinateur et le retourner en pièce jointe.</w:t>
                      </w:r>
                    </w:p>
                    <w:p w14:paraId="02EFAE28" w14:textId="77777777" w:rsidR="00062D8C" w:rsidRPr="00062D8C" w:rsidRDefault="00062D8C" w:rsidP="00062D8C">
                      <w:pPr>
                        <w:pBdr>
                          <w:top w:val="single" w:sz="24" w:space="8" w:color="4F81BD" w:themeColor="accent1"/>
                          <w:bottom w:val="single" w:sz="24" w:space="8" w:color="4F81BD" w:themeColor="accent1"/>
                        </w:pBdr>
                        <w:spacing w:after="0"/>
                        <w:rPr>
                          <w:i/>
                          <w:iCs/>
                          <w:color w:val="4F81BD" w:themeColor="accent1"/>
                          <w:sz w:val="24"/>
                          <w:szCs w:val="24"/>
                          <w:lang w:val="fr-CA"/>
                        </w:rPr>
                      </w:pPr>
                      <w:r w:rsidRPr="00062D8C">
                        <w:rPr>
                          <w:i/>
                          <w:iCs/>
                          <w:color w:val="4F81BD" w:themeColor="accent1"/>
                          <w:sz w:val="24"/>
                          <w:szCs w:val="24"/>
                          <w:lang w:val="fr-CA"/>
                        </w:rPr>
                        <w:t xml:space="preserve">Pour toute information supplémentaire, vous pouvez communiquer avec moi au </w:t>
                      </w:r>
                      <w:r w:rsidRPr="00062D8C">
                        <w:rPr>
                          <w:b/>
                          <w:bCs/>
                          <w:i/>
                          <w:iCs/>
                          <w:color w:val="4F81BD" w:themeColor="accent1"/>
                          <w:sz w:val="24"/>
                          <w:szCs w:val="24"/>
                          <w:lang w:val="fr-CA"/>
                        </w:rPr>
                        <w:t>873-569-1090</w:t>
                      </w:r>
                      <w:r w:rsidRPr="00062D8C">
                        <w:rPr>
                          <w:i/>
                          <w:iCs/>
                          <w:color w:val="4F81BD" w:themeColor="accent1"/>
                          <w:sz w:val="24"/>
                          <w:szCs w:val="24"/>
                          <w:lang w:val="fr-CA"/>
                        </w:rPr>
                        <w:t>.</w:t>
                      </w:r>
                    </w:p>
                    <w:p w14:paraId="17A22683" w14:textId="58782D99" w:rsidR="00062D8C" w:rsidRPr="00062D8C" w:rsidRDefault="00062D8C">
                      <w:pPr>
                        <w:pBdr>
                          <w:top w:val="single" w:sz="24" w:space="8" w:color="4F81BD" w:themeColor="accent1"/>
                          <w:bottom w:val="single" w:sz="24" w:space="8" w:color="4F81BD" w:themeColor="accent1"/>
                        </w:pBdr>
                        <w:spacing w:after="0"/>
                        <w:rPr>
                          <w:i/>
                          <w:iCs/>
                          <w:color w:val="4F81BD" w:themeColor="accent1"/>
                          <w:sz w:val="24"/>
                          <w:lang w:val="fr-CA"/>
                        </w:rPr>
                      </w:pPr>
                    </w:p>
                  </w:txbxContent>
                </v:textbox>
                <w10:wrap type="topAndBottom" anchorx="margin"/>
              </v:shape>
            </w:pict>
          </mc:Fallback>
        </mc:AlternateContent>
      </w:r>
    </w:p>
    <w:p w14:paraId="5035D7B2" w14:textId="77777777" w:rsidR="00062D8C" w:rsidRDefault="00E53F25" w:rsidP="00381BA9">
      <w:pPr>
        <w:keepNext/>
        <w:rPr>
          <w:lang w:val="fr-CA"/>
        </w:rPr>
      </w:pPr>
      <w:r>
        <w:rPr>
          <w:b/>
          <w:color w:val="244939"/>
          <w:sz w:val="28"/>
          <w:lang w:val="fr-CA"/>
        </w:rPr>
        <w:t>7. Référence par un OBNL - s’il y a lieu</w:t>
      </w:r>
    </w:p>
    <w:p w14:paraId="36E6F4BB" w14:textId="62D994FF" w:rsidR="00D7372B" w:rsidRPr="008627E9" w:rsidRDefault="004212BC" w:rsidP="00381BA9">
      <w:pPr>
        <w:keepNext/>
        <w:rPr>
          <w:lang w:val="fr-CA"/>
        </w:rPr>
      </w:pPr>
      <w:r>
        <w:rPr>
          <w:lang w:val="fr-CA"/>
        </w:rPr>
        <w:t>Remplir cette section seulement si la demande est transmise ou soutenue par un organisme référent.</w:t>
      </w:r>
    </w:p>
    <w:tbl>
      <w:tblPr>
        <w:tblW w:w="0" w:type="auto"/>
        <w:jc w:val="center"/>
        <w:tblLook w:val="04A0" w:firstRow="1" w:lastRow="0" w:firstColumn="1" w:lastColumn="0" w:noHBand="0" w:noVBand="1"/>
      </w:tblPr>
      <w:tblGrid>
        <w:gridCol w:w="2880"/>
        <w:gridCol w:w="6768"/>
      </w:tblGrid>
      <w:tr w:rsidR="00D7372B" w14:paraId="7F753037"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55477576" w14:textId="77777777" w:rsidR="00D7372B" w:rsidRDefault="00E53F25">
            <w:r>
              <w:t>Nom de l’OBNL référent</w:t>
            </w:r>
          </w:p>
        </w:tc>
        <w:tc>
          <w:tcPr>
            <w:tcW w:w="6768" w:type="dxa"/>
            <w:tcBorders>
              <w:top w:val="single" w:sz="8" w:space="0" w:color="BFBFBF"/>
              <w:left w:val="single" w:sz="8" w:space="0" w:color="BFBFBF"/>
              <w:bottom w:val="single" w:sz="8" w:space="0" w:color="BFBFBF"/>
              <w:right w:val="single" w:sz="8" w:space="0" w:color="BFBFBF"/>
            </w:tcBorders>
          </w:tcPr>
          <w:p w14:paraId="31720D4E" w14:textId="77777777" w:rsidR="00D7372B" w:rsidRDefault="00D7372B"/>
        </w:tc>
      </w:tr>
      <w:tr w:rsidR="00D7372B" w:rsidRPr="00381BA9" w14:paraId="27A1500D"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4DC7A7BD" w14:textId="77777777" w:rsidR="00D7372B" w:rsidRPr="00381BA9" w:rsidRDefault="00E53F25">
            <w:pPr>
              <w:rPr>
                <w:lang w:val="fr-CA"/>
              </w:rPr>
            </w:pPr>
            <w:r w:rsidRPr="00381BA9">
              <w:rPr>
                <w:lang w:val="fr-CA"/>
              </w:rPr>
              <w:t>Nom de la personne référente</w:t>
            </w:r>
          </w:p>
        </w:tc>
        <w:tc>
          <w:tcPr>
            <w:tcW w:w="6768" w:type="dxa"/>
            <w:tcBorders>
              <w:top w:val="single" w:sz="8" w:space="0" w:color="BFBFBF"/>
              <w:left w:val="single" w:sz="8" w:space="0" w:color="BFBFBF"/>
              <w:bottom w:val="single" w:sz="8" w:space="0" w:color="BFBFBF"/>
              <w:right w:val="single" w:sz="8" w:space="0" w:color="BFBFBF"/>
            </w:tcBorders>
          </w:tcPr>
          <w:p w14:paraId="7F7ADDF1" w14:textId="77777777" w:rsidR="00D7372B" w:rsidRPr="00381BA9" w:rsidRDefault="00D7372B">
            <w:pPr>
              <w:rPr>
                <w:lang w:val="fr-CA"/>
              </w:rPr>
            </w:pPr>
          </w:p>
        </w:tc>
      </w:tr>
      <w:tr w:rsidR="00D7372B" w:rsidRPr="00381BA9" w14:paraId="0A5B1816"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7288D2F8" w14:textId="77777777" w:rsidR="00D7372B" w:rsidRPr="00381BA9" w:rsidRDefault="00E53F25">
            <w:pPr>
              <w:rPr>
                <w:lang w:val="fr-CA"/>
              </w:rPr>
            </w:pPr>
            <w:r w:rsidRPr="00381BA9">
              <w:rPr>
                <w:lang w:val="fr-CA"/>
              </w:rPr>
              <w:t>Numéro de téléphone pour la joindre</w:t>
            </w:r>
          </w:p>
        </w:tc>
        <w:tc>
          <w:tcPr>
            <w:tcW w:w="6768" w:type="dxa"/>
            <w:tcBorders>
              <w:top w:val="single" w:sz="8" w:space="0" w:color="BFBFBF"/>
              <w:left w:val="single" w:sz="8" w:space="0" w:color="BFBFBF"/>
              <w:bottom w:val="single" w:sz="8" w:space="0" w:color="BFBFBF"/>
              <w:right w:val="single" w:sz="8" w:space="0" w:color="BFBFBF"/>
            </w:tcBorders>
          </w:tcPr>
          <w:p w14:paraId="0612628B" w14:textId="77777777" w:rsidR="00381BA9" w:rsidRPr="00381BA9" w:rsidRDefault="00381BA9">
            <w:pPr>
              <w:rPr>
                <w:lang w:val="fr-CA"/>
              </w:rPr>
            </w:pPr>
          </w:p>
        </w:tc>
      </w:tr>
      <w:tr w:rsidR="00381BA9" w:rsidRPr="00381BA9" w14:paraId="78EEFB52" w14:textId="77777777">
        <w:trPr>
          <w:trHeight w:val="503"/>
          <w:jc w:val="center"/>
        </w:trPr>
        <w:tc>
          <w:tcPr>
            <w:tcW w:w="2880" w:type="dxa"/>
            <w:tcBorders>
              <w:top w:val="single" w:sz="8" w:space="0" w:color="BFBFBF"/>
              <w:left w:val="single" w:sz="8" w:space="0" w:color="BFBFBF"/>
              <w:bottom w:val="single" w:sz="8" w:space="0" w:color="BFBFBF"/>
              <w:right w:val="single" w:sz="8" w:space="0" w:color="BFBFBF"/>
            </w:tcBorders>
            <w:shd w:val="clear" w:color="auto" w:fill="F2F2F2"/>
          </w:tcPr>
          <w:p w14:paraId="1A1576EF" w14:textId="77777777" w:rsidR="00381BA9" w:rsidRDefault="00381BA9">
            <w:pPr>
              <w:rPr>
                <w:lang w:val="fr-CA"/>
              </w:rPr>
            </w:pPr>
            <w:r>
              <w:rPr>
                <w:lang w:val="fr-CA"/>
              </w:rPr>
              <w:t xml:space="preserve">Information supplémentaire </w:t>
            </w:r>
          </w:p>
          <w:p w14:paraId="758E2F39" w14:textId="4791A647" w:rsidR="003719D8" w:rsidRPr="003719D8" w:rsidRDefault="003719D8">
            <w:pPr>
              <w:rPr>
                <w:lang w:val="fr-CA"/>
              </w:rPr>
            </w:pPr>
            <w:r w:rsidRPr="003719D8">
              <w:rPr>
                <w:lang w:val="fr-CA"/>
              </w:rPr>
              <w:t>(Ex : contraintes de transport ou toute autre information pertinente à connaître ou à prendre en considération.)</w:t>
            </w:r>
          </w:p>
        </w:tc>
        <w:tc>
          <w:tcPr>
            <w:tcW w:w="6768" w:type="dxa"/>
            <w:tcBorders>
              <w:top w:val="single" w:sz="8" w:space="0" w:color="BFBFBF"/>
              <w:left w:val="single" w:sz="8" w:space="0" w:color="BFBFBF"/>
              <w:bottom w:val="single" w:sz="8" w:space="0" w:color="BFBFBF"/>
              <w:right w:val="single" w:sz="8" w:space="0" w:color="BFBFBF"/>
            </w:tcBorders>
          </w:tcPr>
          <w:p w14:paraId="604F40CA" w14:textId="77777777" w:rsidR="00381BA9" w:rsidRDefault="00381BA9">
            <w:pPr>
              <w:rPr>
                <w:lang w:val="fr-CA"/>
              </w:rPr>
            </w:pPr>
          </w:p>
          <w:p w14:paraId="40E9DE58" w14:textId="77777777" w:rsidR="00381BA9" w:rsidRDefault="00381BA9">
            <w:pPr>
              <w:rPr>
                <w:lang w:val="fr-CA"/>
              </w:rPr>
            </w:pPr>
          </w:p>
          <w:p w14:paraId="6AB6913F" w14:textId="77777777" w:rsidR="00381BA9" w:rsidRPr="00381BA9" w:rsidRDefault="00381BA9">
            <w:pPr>
              <w:rPr>
                <w:lang w:val="fr-CA"/>
              </w:rPr>
            </w:pPr>
          </w:p>
        </w:tc>
      </w:tr>
    </w:tbl>
    <w:p w14:paraId="26486522" w14:textId="77777777" w:rsidR="00381BA9" w:rsidRDefault="00381BA9">
      <w:pPr>
        <w:spacing w:after="40"/>
        <w:rPr>
          <w:b/>
          <w:lang w:val="fr-CA"/>
        </w:rPr>
      </w:pPr>
    </w:p>
    <w:p w14:paraId="63B7B033" w14:textId="1BEE7698" w:rsidR="00D7372B" w:rsidRPr="008627E9" w:rsidRDefault="00E53F25">
      <w:pPr>
        <w:spacing w:after="40"/>
        <w:rPr>
          <w:lang w:val="fr-CA"/>
        </w:rPr>
      </w:pPr>
      <w:r>
        <w:rPr>
          <w:b/>
          <w:lang w:val="fr-CA"/>
        </w:rPr>
        <w:t>Le présent formulaire a été rempli :</w:t>
      </w:r>
    </w:p>
    <w:p w14:paraId="18EF74D0" w14:textId="77777777" w:rsidR="00D7372B" w:rsidRPr="008627E9" w:rsidRDefault="00E53F25" w:rsidP="008627E9">
      <w:pPr>
        <w:spacing w:after="0"/>
        <w:ind w:left="173"/>
        <w:rPr>
          <w:szCs w:val="20"/>
          <w:lang w:val="fr-CA"/>
        </w:rPr>
      </w:pPr>
      <w:r>
        <w:rPr>
          <w:szCs w:val="20"/>
          <w:lang w:val="fr-CA"/>
        </w:rPr>
        <w:t>☐ Par la personne qui fait la demande</w:t>
      </w:r>
    </w:p>
    <w:p w14:paraId="356112B3" w14:textId="77777777" w:rsidR="00D7372B" w:rsidRPr="008627E9" w:rsidRDefault="00E53F25" w:rsidP="008627E9">
      <w:pPr>
        <w:spacing w:after="0"/>
        <w:ind w:left="173"/>
        <w:rPr>
          <w:szCs w:val="20"/>
          <w:lang w:val="fr-CA"/>
        </w:rPr>
      </w:pPr>
      <w:r>
        <w:rPr>
          <w:szCs w:val="20"/>
          <w:lang w:val="fr-CA"/>
        </w:rPr>
        <w:t>☐ Avec l’aide de la personne référente</w:t>
      </w:r>
    </w:p>
    <w:p w14:paraId="68172D46" w14:textId="77777777" w:rsidR="00D7372B" w:rsidRPr="008627E9" w:rsidRDefault="00E53F25" w:rsidP="008627E9">
      <w:pPr>
        <w:spacing w:after="0"/>
        <w:ind w:left="173"/>
        <w:rPr>
          <w:szCs w:val="20"/>
          <w:lang w:val="fr-CA"/>
        </w:rPr>
      </w:pPr>
      <w:r>
        <w:rPr>
          <w:szCs w:val="20"/>
          <w:lang w:val="fr-CA"/>
        </w:rPr>
        <w:t>☐ Par la personne référente, avec l’accord de la personne concernée</w:t>
      </w:r>
    </w:p>
    <w:p w14:paraId="5C30C4DF" w14:textId="77777777" w:rsidR="00D7372B" w:rsidRPr="008627E9" w:rsidRDefault="00E53F25">
      <w:pPr>
        <w:spacing w:after="40"/>
        <w:ind w:left="173"/>
        <w:rPr>
          <w:szCs w:val="20"/>
          <w:lang w:val="fr-CA"/>
        </w:rPr>
      </w:pPr>
      <w:r>
        <w:rPr>
          <w:szCs w:val="20"/>
          <w:lang w:val="fr-CA"/>
        </w:rPr>
        <w:t>☐ J’autorise La Ressource - Le Chemin du Pont à communiquer avec la personne référente indiquée ci-dessus et à échanger avec elle les renseignements pertinents liés à ma demande, à ma situation générale et à mon accompagnement, lorsque cela est nécessaire pour assurer l’analyse de ma demande, la coordination des services ou le suivi de mon dossier.</w:t>
      </w:r>
    </w:p>
    <w:p w14:paraId="55FD952C" w14:textId="77777777" w:rsidR="00D7372B" w:rsidRPr="008627E9" w:rsidRDefault="004212BC">
      <w:pPr>
        <w:spacing w:after="40"/>
        <w:ind w:left="173"/>
        <w:rPr>
          <w:lang w:val="fr-CA"/>
        </w:rPr>
      </w:pPr>
      <w:r>
        <w:rPr>
          <w:lang w:val="fr-CA"/>
        </w:rPr>
        <w:t>Cette autorisation demeure valide pour la durée de ma demande et de mon accompagnement, à moins que je la retire par écrit.</w:t>
      </w:r>
    </w:p>
    <w:tbl>
      <w:tblPr>
        <w:tblW w:w="0" w:type="auto"/>
        <w:jc w:val="center"/>
        <w:tblLook w:val="04A0" w:firstRow="1" w:lastRow="0" w:firstColumn="1" w:lastColumn="0" w:noHBand="0" w:noVBand="1"/>
      </w:tblPr>
      <w:tblGrid>
        <w:gridCol w:w="2918"/>
        <w:gridCol w:w="6768"/>
      </w:tblGrid>
      <w:tr w:rsidR="00D7372B" w14:paraId="3CE75494" w14:textId="77777777" w:rsidTr="00062D8C">
        <w:trPr>
          <w:trHeight w:val="503"/>
          <w:jc w:val="center"/>
        </w:trPr>
        <w:tc>
          <w:tcPr>
            <w:tcW w:w="2918" w:type="dxa"/>
            <w:tcBorders>
              <w:top w:val="single" w:sz="8" w:space="0" w:color="BFBFBF"/>
              <w:left w:val="single" w:sz="8" w:space="0" w:color="BFBFBF"/>
              <w:bottom w:val="single" w:sz="8" w:space="0" w:color="BFBFBF"/>
              <w:right w:val="single" w:sz="8" w:space="0" w:color="BFBFBF"/>
            </w:tcBorders>
            <w:shd w:val="clear" w:color="auto" w:fill="F2F2F2"/>
          </w:tcPr>
          <w:p w14:paraId="7C50A3FB" w14:textId="77777777" w:rsidR="00D7372B" w:rsidRDefault="00E53F25">
            <w:r>
              <w:lastRenderedPageBreak/>
              <w:t xml:space="preserve">Signature de la </w:t>
            </w:r>
            <w:proofErr w:type="spellStart"/>
            <w:r>
              <w:t>personne</w:t>
            </w:r>
            <w:proofErr w:type="spellEnd"/>
          </w:p>
        </w:tc>
        <w:tc>
          <w:tcPr>
            <w:tcW w:w="6768" w:type="dxa"/>
            <w:tcBorders>
              <w:top w:val="single" w:sz="8" w:space="0" w:color="BFBFBF"/>
              <w:left w:val="single" w:sz="8" w:space="0" w:color="BFBFBF"/>
              <w:bottom w:val="single" w:sz="8" w:space="0" w:color="BFBFBF"/>
              <w:right w:val="single" w:sz="8" w:space="0" w:color="BFBFBF"/>
            </w:tcBorders>
          </w:tcPr>
          <w:p w14:paraId="3CAFBCB6" w14:textId="77777777" w:rsidR="00D7372B" w:rsidRDefault="00D7372B"/>
        </w:tc>
      </w:tr>
      <w:tr w:rsidR="00D7372B" w14:paraId="44F7001F" w14:textId="77777777" w:rsidTr="00062D8C">
        <w:trPr>
          <w:trHeight w:val="503"/>
          <w:jc w:val="center"/>
        </w:trPr>
        <w:tc>
          <w:tcPr>
            <w:tcW w:w="2918" w:type="dxa"/>
            <w:tcBorders>
              <w:top w:val="single" w:sz="8" w:space="0" w:color="BFBFBF"/>
              <w:left w:val="single" w:sz="8" w:space="0" w:color="BFBFBF"/>
              <w:bottom w:val="single" w:sz="8" w:space="0" w:color="BFBFBF"/>
              <w:right w:val="single" w:sz="8" w:space="0" w:color="BFBFBF"/>
            </w:tcBorders>
            <w:shd w:val="clear" w:color="auto" w:fill="F2F2F2"/>
          </w:tcPr>
          <w:p w14:paraId="11A49007" w14:textId="77777777" w:rsidR="00D7372B" w:rsidRDefault="00E53F25">
            <w:r>
              <w:t>Date</w:t>
            </w:r>
          </w:p>
        </w:tc>
        <w:tc>
          <w:tcPr>
            <w:tcW w:w="6768" w:type="dxa"/>
            <w:tcBorders>
              <w:top w:val="single" w:sz="8" w:space="0" w:color="BFBFBF"/>
              <w:left w:val="single" w:sz="8" w:space="0" w:color="BFBFBF"/>
              <w:bottom w:val="single" w:sz="4" w:space="0" w:color="auto"/>
              <w:right w:val="single" w:sz="8" w:space="0" w:color="BFBFBF"/>
            </w:tcBorders>
          </w:tcPr>
          <w:p w14:paraId="71362359" w14:textId="77777777" w:rsidR="00D7372B" w:rsidRDefault="00D7372B"/>
        </w:tc>
      </w:tr>
    </w:tbl>
    <w:p w14:paraId="3C8BBCB6" w14:textId="77777777" w:rsidR="003719D8" w:rsidRDefault="003719D8">
      <w:pPr>
        <w:keepNext/>
        <w:rPr>
          <w:b/>
          <w:color w:val="244939"/>
          <w:sz w:val="28"/>
          <w:lang w:val="fr-CA"/>
        </w:rPr>
      </w:pPr>
    </w:p>
    <w:p w14:paraId="2F95AEE0" w14:textId="2A90F44F" w:rsidR="00D7372B" w:rsidRPr="008627E9" w:rsidRDefault="00E53F25">
      <w:pPr>
        <w:keepNext/>
        <w:rPr>
          <w:lang w:val="fr-CA"/>
        </w:rPr>
      </w:pPr>
      <w:r w:rsidRPr="008627E9">
        <w:rPr>
          <w:b/>
          <w:color w:val="244939"/>
          <w:sz w:val="28"/>
          <w:lang w:val="fr-CA"/>
        </w:rPr>
        <w:t>8. Section réservée à La Ressource, Le Chemin du Pont</w:t>
      </w:r>
    </w:p>
    <w:tbl>
      <w:tblPr>
        <w:tblW w:w="0" w:type="auto"/>
        <w:jc w:val="center"/>
        <w:tblLook w:val="04A0" w:firstRow="1" w:lastRow="0" w:firstColumn="1" w:lastColumn="0" w:noHBand="0" w:noVBand="1"/>
      </w:tblPr>
      <w:tblGrid>
        <w:gridCol w:w="10368"/>
      </w:tblGrid>
      <w:tr w:rsidR="00D7372B" w:rsidRPr="00381BA9" w14:paraId="0A140A2B" w14:textId="77777777">
        <w:trPr>
          <w:jc w:val="center"/>
        </w:trPr>
        <w:tc>
          <w:tcPr>
            <w:tcW w:w="10368" w:type="dxa"/>
            <w:tcBorders>
              <w:top w:val="single" w:sz="6" w:space="0" w:color="D9EAD3"/>
              <w:left w:val="single" w:sz="6" w:space="0" w:color="D9EAD3"/>
              <w:bottom w:val="single" w:sz="6" w:space="0" w:color="D9EAD3"/>
              <w:right w:val="single" w:sz="6" w:space="0" w:color="D9EAD3"/>
            </w:tcBorders>
            <w:shd w:val="clear" w:color="auto" w:fill="F2F2F2"/>
          </w:tcPr>
          <w:p w14:paraId="1C6281A3" w14:textId="77777777" w:rsidR="00D7372B" w:rsidRPr="008627E9" w:rsidRDefault="00E53F25">
            <w:pPr>
              <w:spacing w:after="0"/>
              <w:rPr>
                <w:lang w:val="fr-CA"/>
              </w:rPr>
            </w:pPr>
            <w:r w:rsidRPr="008627E9">
              <w:rPr>
                <w:lang w:val="fr-CA"/>
              </w:rPr>
              <w:t>À remplir par Azuranne Dupont seulement.</w:t>
            </w:r>
          </w:p>
        </w:tc>
      </w:tr>
    </w:tbl>
    <w:p w14:paraId="3DD6DB71" w14:textId="77777777" w:rsidR="00D7372B" w:rsidRPr="008627E9" w:rsidRDefault="00E53F25">
      <w:pPr>
        <w:spacing w:after="40"/>
        <w:ind w:left="173"/>
        <w:rPr>
          <w:lang w:val="fr-CA"/>
        </w:rPr>
      </w:pPr>
      <w:r w:rsidRPr="008627E9">
        <w:rPr>
          <w:lang w:val="fr-CA"/>
        </w:rPr>
        <w:t>☐ Demande acceptée</w:t>
      </w:r>
    </w:p>
    <w:p w14:paraId="76AD48A4" w14:textId="77777777" w:rsidR="00D7372B" w:rsidRPr="008627E9" w:rsidRDefault="00E53F25">
      <w:pPr>
        <w:spacing w:after="40"/>
        <w:ind w:left="173"/>
        <w:rPr>
          <w:lang w:val="fr-CA"/>
        </w:rPr>
      </w:pPr>
      <w:r w:rsidRPr="008627E9">
        <w:rPr>
          <w:lang w:val="fr-CA"/>
        </w:rPr>
        <w:t>☐ Demande acceptée avec ajustement</w:t>
      </w:r>
    </w:p>
    <w:p w14:paraId="70C8A1C7" w14:textId="77777777" w:rsidR="00D7372B" w:rsidRPr="008627E9" w:rsidRDefault="00E53F25">
      <w:pPr>
        <w:spacing w:after="40"/>
        <w:ind w:left="173"/>
        <w:rPr>
          <w:lang w:val="fr-CA"/>
        </w:rPr>
      </w:pPr>
      <w:r w:rsidRPr="008627E9">
        <w:rPr>
          <w:lang w:val="fr-CA"/>
        </w:rPr>
        <w:t>☐ Proposition alternative à faire</w:t>
      </w:r>
    </w:p>
    <w:p w14:paraId="5BF34634" w14:textId="77777777" w:rsidR="00D7372B" w:rsidRPr="008627E9" w:rsidRDefault="00E53F25">
      <w:pPr>
        <w:spacing w:after="40"/>
        <w:ind w:left="173"/>
        <w:rPr>
          <w:lang w:val="fr-CA"/>
        </w:rPr>
      </w:pPr>
      <w:r w:rsidRPr="008627E9">
        <w:rPr>
          <w:lang w:val="fr-CA"/>
        </w:rPr>
        <w:t>☐ Demande mise en attente</w:t>
      </w:r>
    </w:p>
    <w:p w14:paraId="1ED91CEC" w14:textId="3DEEAD2B" w:rsidR="00D7372B" w:rsidRPr="008627E9" w:rsidRDefault="00E53F25" w:rsidP="00381BA9">
      <w:pPr>
        <w:tabs>
          <w:tab w:val="center" w:pos="5486"/>
        </w:tabs>
        <w:spacing w:after="40"/>
        <w:ind w:left="173"/>
        <w:rPr>
          <w:lang w:val="fr-CA"/>
        </w:rPr>
      </w:pPr>
      <w:r w:rsidRPr="008627E9">
        <w:rPr>
          <w:lang w:val="fr-CA"/>
        </w:rPr>
        <w:t>☐ Demande refusée</w:t>
      </w:r>
      <w:r w:rsidR="00381BA9">
        <w:rPr>
          <w:lang w:val="fr-CA"/>
        </w:rPr>
        <w:tab/>
      </w:r>
    </w:p>
    <w:p w14:paraId="0A375005" w14:textId="77777777" w:rsidR="00D7372B" w:rsidRPr="008627E9" w:rsidRDefault="00E53F25">
      <w:pPr>
        <w:spacing w:after="40"/>
        <w:ind w:left="173"/>
        <w:rPr>
          <w:lang w:val="fr-CA"/>
        </w:rPr>
      </w:pPr>
      <w:r w:rsidRPr="008627E9">
        <w:rPr>
          <w:lang w:val="fr-CA"/>
        </w:rPr>
        <w:t>☐ Suivi nécessaire avant décision</w:t>
      </w:r>
    </w:p>
    <w:p w14:paraId="3FEBEDA8" w14:textId="77777777" w:rsidR="00381BA9" w:rsidRDefault="00381BA9">
      <w:pPr>
        <w:spacing w:after="40"/>
        <w:rPr>
          <w:b/>
        </w:rPr>
      </w:pPr>
    </w:p>
    <w:p w14:paraId="4B9D3C44" w14:textId="77777777" w:rsidR="00381BA9" w:rsidRDefault="00381BA9">
      <w:pPr>
        <w:spacing w:after="40"/>
        <w:rPr>
          <w:b/>
        </w:rPr>
      </w:pPr>
    </w:p>
    <w:p w14:paraId="070591D5" w14:textId="59090F4F" w:rsidR="00D7372B" w:rsidRDefault="00E53F25">
      <w:pPr>
        <w:spacing w:after="40"/>
      </w:pPr>
      <w:proofErr w:type="spellStart"/>
      <w:r>
        <w:rPr>
          <w:b/>
        </w:rPr>
        <w:t>Analyse</w:t>
      </w:r>
      <w:proofErr w:type="spellEnd"/>
      <w:r>
        <w:rPr>
          <w:b/>
        </w:rPr>
        <w:t xml:space="preserve"> / notes </w:t>
      </w:r>
      <w:proofErr w:type="gramStart"/>
      <w:r>
        <w:rPr>
          <w:b/>
        </w:rPr>
        <w:t>internes :</w:t>
      </w:r>
      <w:proofErr w:type="gramEnd"/>
    </w:p>
    <w:tbl>
      <w:tblPr>
        <w:tblW w:w="0" w:type="auto"/>
        <w:jc w:val="center"/>
        <w:tblLook w:val="04A0" w:firstRow="1" w:lastRow="0" w:firstColumn="1" w:lastColumn="0" w:noHBand="0" w:noVBand="1"/>
      </w:tblPr>
      <w:tblGrid>
        <w:gridCol w:w="10368"/>
      </w:tblGrid>
      <w:tr w:rsidR="00D7372B" w14:paraId="6868408C"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7BB84CD3" w14:textId="77777777" w:rsidR="00D7372B" w:rsidRDefault="00D7372B">
            <w:pPr>
              <w:spacing w:after="0"/>
            </w:pPr>
          </w:p>
        </w:tc>
      </w:tr>
      <w:tr w:rsidR="00D7372B" w14:paraId="306DC163"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02812B7B" w14:textId="77777777" w:rsidR="00D7372B" w:rsidRDefault="00D7372B">
            <w:pPr>
              <w:spacing w:after="0"/>
            </w:pPr>
          </w:p>
        </w:tc>
      </w:tr>
      <w:tr w:rsidR="00D7372B" w14:paraId="1906CFBE" w14:textId="77777777">
        <w:trPr>
          <w:trHeight w:val="1224"/>
          <w:jc w:val="center"/>
        </w:trPr>
        <w:tc>
          <w:tcPr>
            <w:tcW w:w="10368" w:type="dxa"/>
            <w:tcBorders>
              <w:top w:val="single" w:sz="8" w:space="0" w:color="BFBFBF"/>
              <w:left w:val="single" w:sz="8" w:space="0" w:color="BFBFBF"/>
              <w:bottom w:val="single" w:sz="8" w:space="0" w:color="BFBFBF"/>
              <w:right w:val="single" w:sz="8" w:space="0" w:color="BFBFBF"/>
            </w:tcBorders>
          </w:tcPr>
          <w:p w14:paraId="7DA0B32D" w14:textId="77777777" w:rsidR="00D7372B" w:rsidRDefault="00D7372B">
            <w:pPr>
              <w:spacing w:after="0"/>
            </w:pPr>
          </w:p>
        </w:tc>
      </w:tr>
    </w:tbl>
    <w:p w14:paraId="355C7262" w14:textId="77777777" w:rsidR="00D7372B" w:rsidRPr="008627E9" w:rsidRDefault="00E53F25">
      <w:pPr>
        <w:spacing w:after="40"/>
        <w:rPr>
          <w:lang w:val="fr-CA"/>
        </w:rPr>
      </w:pPr>
      <w:r w:rsidRPr="008627E9">
        <w:rPr>
          <w:b/>
          <w:lang w:val="fr-CA"/>
        </w:rPr>
        <w:t>Décision / proposition transmise à la personne :</w:t>
      </w:r>
    </w:p>
    <w:tbl>
      <w:tblPr>
        <w:tblW w:w="0" w:type="auto"/>
        <w:jc w:val="center"/>
        <w:tblLook w:val="04A0" w:firstRow="1" w:lastRow="0" w:firstColumn="1" w:lastColumn="0" w:noHBand="0" w:noVBand="1"/>
      </w:tblPr>
      <w:tblGrid>
        <w:gridCol w:w="10368"/>
      </w:tblGrid>
      <w:tr w:rsidR="00D7372B" w:rsidRPr="00381BA9" w14:paraId="3BAD44D2" w14:textId="77777777">
        <w:trPr>
          <w:trHeight w:val="1080"/>
          <w:jc w:val="center"/>
        </w:trPr>
        <w:tc>
          <w:tcPr>
            <w:tcW w:w="10368" w:type="dxa"/>
            <w:tcBorders>
              <w:top w:val="single" w:sz="8" w:space="0" w:color="BFBFBF"/>
              <w:left w:val="single" w:sz="8" w:space="0" w:color="BFBFBF"/>
              <w:bottom w:val="single" w:sz="8" w:space="0" w:color="BFBFBF"/>
              <w:right w:val="single" w:sz="8" w:space="0" w:color="BFBFBF"/>
            </w:tcBorders>
          </w:tcPr>
          <w:p w14:paraId="369CE295" w14:textId="77777777" w:rsidR="00D7372B" w:rsidRPr="008627E9" w:rsidRDefault="00D7372B">
            <w:pPr>
              <w:spacing w:after="0"/>
              <w:rPr>
                <w:lang w:val="fr-CA"/>
              </w:rPr>
            </w:pPr>
          </w:p>
        </w:tc>
      </w:tr>
      <w:tr w:rsidR="00D7372B" w:rsidRPr="00381BA9" w14:paraId="117EC730" w14:textId="77777777">
        <w:trPr>
          <w:trHeight w:val="1080"/>
          <w:jc w:val="center"/>
        </w:trPr>
        <w:tc>
          <w:tcPr>
            <w:tcW w:w="10368" w:type="dxa"/>
            <w:tcBorders>
              <w:top w:val="single" w:sz="8" w:space="0" w:color="BFBFBF"/>
              <w:left w:val="single" w:sz="8" w:space="0" w:color="BFBFBF"/>
              <w:bottom w:val="single" w:sz="8" w:space="0" w:color="BFBFBF"/>
              <w:right w:val="single" w:sz="8" w:space="0" w:color="BFBFBF"/>
            </w:tcBorders>
          </w:tcPr>
          <w:p w14:paraId="01360C34" w14:textId="77777777" w:rsidR="00D7372B" w:rsidRPr="008627E9" w:rsidRDefault="00D7372B">
            <w:pPr>
              <w:spacing w:after="0"/>
              <w:rPr>
                <w:lang w:val="fr-CA"/>
              </w:rPr>
            </w:pPr>
          </w:p>
        </w:tc>
      </w:tr>
    </w:tbl>
    <w:p w14:paraId="47AC3AEE" w14:textId="77777777" w:rsidR="00D7372B" w:rsidRDefault="00E53F25">
      <w:pPr>
        <w:spacing w:after="40"/>
      </w:pPr>
      <w:r>
        <w:rPr>
          <w:b/>
        </w:rPr>
        <w:t xml:space="preserve">Date du </w:t>
      </w:r>
      <w:proofErr w:type="spellStart"/>
      <w:proofErr w:type="gramStart"/>
      <w:r>
        <w:rPr>
          <w:b/>
        </w:rPr>
        <w:t>suivi</w:t>
      </w:r>
      <w:proofErr w:type="spellEnd"/>
      <w:r>
        <w:rPr>
          <w:b/>
        </w:rPr>
        <w:t xml:space="preserve"> :</w:t>
      </w:r>
      <w:proofErr w:type="gramEnd"/>
    </w:p>
    <w:tbl>
      <w:tblPr>
        <w:tblW w:w="0" w:type="auto"/>
        <w:jc w:val="center"/>
        <w:tblLook w:val="04A0" w:firstRow="1" w:lastRow="0" w:firstColumn="1" w:lastColumn="0" w:noHBand="0" w:noVBand="1"/>
      </w:tblPr>
      <w:tblGrid>
        <w:gridCol w:w="10368"/>
      </w:tblGrid>
      <w:tr w:rsidR="00D7372B" w14:paraId="6123F7B6" w14:textId="77777777">
        <w:trPr>
          <w:trHeight w:val="648"/>
          <w:jc w:val="center"/>
        </w:trPr>
        <w:tc>
          <w:tcPr>
            <w:tcW w:w="10368" w:type="dxa"/>
            <w:tcBorders>
              <w:top w:val="single" w:sz="8" w:space="0" w:color="BFBFBF"/>
              <w:left w:val="single" w:sz="8" w:space="0" w:color="BFBFBF"/>
              <w:bottom w:val="single" w:sz="8" w:space="0" w:color="BFBFBF"/>
              <w:right w:val="single" w:sz="8" w:space="0" w:color="BFBFBF"/>
            </w:tcBorders>
          </w:tcPr>
          <w:p w14:paraId="355D8E2C" w14:textId="77777777" w:rsidR="00D7372B" w:rsidRDefault="00D7372B">
            <w:pPr>
              <w:spacing w:after="0"/>
            </w:pPr>
          </w:p>
        </w:tc>
      </w:tr>
    </w:tbl>
    <w:p w14:paraId="03D0649F" w14:textId="77777777" w:rsidR="00E53F25" w:rsidRPr="008627E9" w:rsidRDefault="00E53F25">
      <w:pPr>
        <w:rPr>
          <w:lang w:val="fr-CA"/>
        </w:rPr>
      </w:pPr>
    </w:p>
    <w:p w14:paraId="52CC8997" w14:textId="77777777" w:rsidR="00D7372B" w:rsidRPr="008627E9" w:rsidRDefault="004212BC">
      <w:pPr>
        <w:spacing w:after="40"/>
        <w:ind w:left="173"/>
        <w:rPr>
          <w:lang w:val="fr-CA"/>
        </w:rPr>
      </w:pPr>
      <w:r>
        <w:rPr>
          <w:lang w:val="fr-CA"/>
        </w:rPr>
        <w:t>Rappel : formulaire à retourner par courriel à azurannedupont@gmail.com. Vous pouvez le remplir à la main et l’envoyer en photo/scan, ou le remplir directement à l’ordinateur et le retourner en pièce jointe.</w:t>
      </w:r>
    </w:p>
    <w:sectPr w:rsidR="00D7372B" w:rsidRPr="008627E9" w:rsidSect="00381BA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55FD7" w14:textId="77777777" w:rsidR="00FA08EB" w:rsidRDefault="00FA08EB">
      <w:pPr>
        <w:spacing w:after="0" w:line="240" w:lineRule="auto"/>
      </w:pPr>
      <w:r>
        <w:separator/>
      </w:r>
    </w:p>
  </w:endnote>
  <w:endnote w:type="continuationSeparator" w:id="0">
    <w:p w14:paraId="75E8DBDC" w14:textId="77777777" w:rsidR="00FA08EB" w:rsidRDefault="00FA0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9994" w14:textId="06176B1F" w:rsidR="00D7372B" w:rsidRPr="008627E9" w:rsidRDefault="00D7372B">
    <w:pPr>
      <w:pStyle w:val="Pieddepage"/>
      <w:jc w:val="cente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F5DDC" w14:textId="77777777" w:rsidR="00FA08EB" w:rsidRDefault="00FA08EB">
      <w:pPr>
        <w:spacing w:after="0" w:line="240" w:lineRule="auto"/>
      </w:pPr>
      <w:r>
        <w:separator/>
      </w:r>
    </w:p>
  </w:footnote>
  <w:footnote w:type="continuationSeparator" w:id="0">
    <w:p w14:paraId="2DA0B706" w14:textId="77777777" w:rsidR="00FA08EB" w:rsidRDefault="00FA0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88895621">
    <w:abstractNumId w:val="8"/>
  </w:num>
  <w:num w:numId="2" w16cid:durableId="471875271">
    <w:abstractNumId w:val="6"/>
  </w:num>
  <w:num w:numId="3" w16cid:durableId="890846848">
    <w:abstractNumId w:val="5"/>
  </w:num>
  <w:num w:numId="4" w16cid:durableId="1733891938">
    <w:abstractNumId w:val="4"/>
  </w:num>
  <w:num w:numId="5" w16cid:durableId="16976649">
    <w:abstractNumId w:val="7"/>
  </w:num>
  <w:num w:numId="6" w16cid:durableId="173695325">
    <w:abstractNumId w:val="3"/>
  </w:num>
  <w:num w:numId="7" w16cid:durableId="1654411279">
    <w:abstractNumId w:val="2"/>
  </w:num>
  <w:num w:numId="8" w16cid:durableId="1147236761">
    <w:abstractNumId w:val="1"/>
  </w:num>
  <w:num w:numId="9" w16cid:durableId="1964534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D8C"/>
    <w:rsid w:val="00077BE2"/>
    <w:rsid w:val="0008007D"/>
    <w:rsid w:val="0011205A"/>
    <w:rsid w:val="0015074B"/>
    <w:rsid w:val="00164696"/>
    <w:rsid w:val="0029639D"/>
    <w:rsid w:val="00326F90"/>
    <w:rsid w:val="003645FE"/>
    <w:rsid w:val="003719D8"/>
    <w:rsid w:val="00381BA9"/>
    <w:rsid w:val="004212BC"/>
    <w:rsid w:val="00477FA4"/>
    <w:rsid w:val="00651CF4"/>
    <w:rsid w:val="006E32A8"/>
    <w:rsid w:val="008627E9"/>
    <w:rsid w:val="00910C85"/>
    <w:rsid w:val="009713BE"/>
    <w:rsid w:val="00A7165D"/>
    <w:rsid w:val="00AA1D8D"/>
    <w:rsid w:val="00B47730"/>
    <w:rsid w:val="00CA6F4E"/>
    <w:rsid w:val="00CB0664"/>
    <w:rsid w:val="00CB0697"/>
    <w:rsid w:val="00D5069D"/>
    <w:rsid w:val="00D7372B"/>
    <w:rsid w:val="00E53F25"/>
    <w:rsid w:val="00EA74F8"/>
    <w:rsid w:val="00EE5AC9"/>
    <w:rsid w:val="00FA08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4F65D0"/>
  <w14:defaultImageDpi w14:val="300"/>
  <w15:docId w15:val="{495841B5-8EAF-43F4-ABE6-BFC18F51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en">
    <w:name w:val="Hyperlink"/>
    <w:basedOn w:val="Policepardfaut"/>
    <w:uiPriority w:val="99"/>
    <w:unhideWhenUsed/>
    <w:rsid w:val="003719D8"/>
    <w:rPr>
      <w:color w:val="0000FF" w:themeColor="hyperlink"/>
      <w:u w:val="single"/>
    </w:rPr>
  </w:style>
  <w:style w:type="character" w:styleId="Mentionnonrsolue">
    <w:name w:val="Unresolved Mention"/>
    <w:basedOn w:val="Policepardfaut"/>
    <w:uiPriority w:val="99"/>
    <w:semiHidden/>
    <w:unhideWhenUsed/>
    <w:rsid w:val="003719D8"/>
    <w:rPr>
      <w:color w:val="605E5C"/>
      <w:shd w:val="clear" w:color="auto" w:fill="E1DFDD"/>
    </w:rPr>
  </w:style>
  <w:style w:type="paragraph" w:styleId="NormalWeb">
    <w:name w:val="Normal (Web)"/>
    <w:basedOn w:val="Normal"/>
    <w:uiPriority w:val="99"/>
    <w:semiHidden/>
    <w:unhideWhenUsed/>
    <w:rsid w:val="00062D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urannedupont@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1755</Words>
  <Characters>9799</Characters>
  <Application>Microsoft Office Word</Application>
  <DocSecurity>0</DocSecurity>
  <Lines>272</Lines>
  <Paragraphs>165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Azuranne dupont</cp:lastModifiedBy>
  <cp:revision>2</cp:revision>
  <cp:lastPrinted>2026-07-15T16:47:00Z</cp:lastPrinted>
  <dcterms:created xsi:type="dcterms:W3CDTF">2026-07-15T16:52:00Z</dcterms:created>
  <dcterms:modified xsi:type="dcterms:W3CDTF">2026-07-15T16:52:00Z</dcterms:modified>
  <cp:category/>
</cp:coreProperties>
</file>